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ook w:val="04A0" w:firstRow="1" w:lastRow="0" w:firstColumn="1" w:lastColumn="0" w:noHBand="0" w:noVBand="1"/>
      </w:tblPr>
      <w:tblGrid>
        <w:gridCol w:w="10656"/>
      </w:tblGrid>
      <w:tr w:rsidR="009A43C3" w14:paraId="023D8DDB" w14:textId="77777777">
        <w:trPr>
          <w:jc w:val="center"/>
        </w:trPr>
        <w:tc>
          <w:tcPr>
            <w:tcW w:w="10656" w:type="dxa"/>
            <w:shd w:val="clear" w:color="auto" w:fill="355246"/>
            <w:tcMar>
              <w:top w:w="55" w:type="dxa"/>
              <w:left w:w="70" w:type="dxa"/>
              <w:bottom w:w="55" w:type="dxa"/>
              <w:right w:w="70" w:type="dxa"/>
            </w:tcMar>
            <w:vAlign w:val="center"/>
          </w:tcPr>
          <w:p w14:paraId="0D5EA070" w14:textId="77777777" w:rsidR="009A43C3" w:rsidRDefault="00A60DCE">
            <w:pPr>
              <w:keepNext/>
            </w:pPr>
            <w:r>
              <w:rPr>
                <w:b/>
                <w:color w:val="FFFFFF"/>
                <w:sz w:val="20"/>
              </w:rPr>
              <w:t>APPLICANT AND ADMISSION INFORMATION</w:t>
            </w:r>
          </w:p>
        </w:tc>
      </w:tr>
    </w:tbl>
    <w:tbl>
      <w:tblPr>
        <w:tblW w:w="0" w:type="auto"/>
        <w:jc w:val="center"/>
        <w:tblLayout w:type="fixed"/>
        <w:tblLook w:val="04A0" w:firstRow="1" w:lastRow="0" w:firstColumn="1" w:lastColumn="0" w:noHBand="0" w:noVBand="1"/>
      </w:tblPr>
      <w:tblGrid>
        <w:gridCol w:w="7416"/>
        <w:gridCol w:w="3240"/>
      </w:tblGrid>
      <w:tr w:rsidR="009A43C3" w14:paraId="37C57131" w14:textId="77777777">
        <w:trPr>
          <w:jc w:val="center"/>
        </w:trPr>
        <w:tc>
          <w:tcPr>
            <w:tcW w:w="7416" w:type="dxa"/>
            <w:shd w:val="clear" w:color="auto" w:fill="F5F7F5"/>
            <w:tcMar>
              <w:top w:w="55" w:type="dxa"/>
              <w:left w:w="70" w:type="dxa"/>
              <w:bottom w:w="50" w:type="dxa"/>
              <w:right w:w="70" w:type="dxa"/>
            </w:tcMar>
          </w:tcPr>
          <w:p w14:paraId="0E77C1A2" w14:textId="77777777" w:rsidR="009A43C3" w:rsidRDefault="00A60DCE">
            <w:pPr>
              <w:pStyle w:val="FormLabel"/>
            </w:pPr>
            <w:r>
              <w:t xml:space="preserve">Applicant legal </w:t>
            </w:r>
            <w:proofErr w:type="gramStart"/>
            <w:r>
              <w:t>name  Last</w:t>
            </w:r>
            <w:proofErr w:type="gramEnd"/>
            <w:r>
              <w:t xml:space="preserve">  </w:t>
            </w:r>
            <w:proofErr w:type="gramStart"/>
            <w:r>
              <w:t>First  Middle</w:t>
            </w:r>
            <w:proofErr w:type="gramEnd"/>
          </w:p>
          <w:p w14:paraId="234C2ABD" w14:textId="77777777" w:rsidR="009A43C3" w:rsidRDefault="00A60DCE">
            <w:pPr>
              <w:spacing w:after="0"/>
            </w:pPr>
            <w:r>
              <w:rPr>
                <w:color w:val="A9A9A9"/>
                <w:sz w:val="14"/>
              </w:rPr>
              <w:t>________________________________________________________________</w:t>
            </w:r>
          </w:p>
        </w:tc>
        <w:tc>
          <w:tcPr>
            <w:tcW w:w="3240" w:type="dxa"/>
            <w:shd w:val="clear" w:color="auto" w:fill="F5F7F5"/>
            <w:tcMar>
              <w:top w:w="55" w:type="dxa"/>
              <w:left w:w="70" w:type="dxa"/>
              <w:bottom w:w="50" w:type="dxa"/>
              <w:right w:w="70" w:type="dxa"/>
            </w:tcMar>
          </w:tcPr>
          <w:p w14:paraId="3C1058B2" w14:textId="77777777" w:rsidR="009A43C3" w:rsidRDefault="00A60DCE">
            <w:pPr>
              <w:pStyle w:val="FormLabel"/>
            </w:pPr>
            <w:r>
              <w:t>Preferred name</w:t>
            </w:r>
          </w:p>
          <w:p w14:paraId="5A277BCE" w14:textId="647F40DB" w:rsidR="009A43C3" w:rsidRDefault="00A60DCE">
            <w:pPr>
              <w:spacing w:after="0"/>
            </w:pPr>
            <w:r>
              <w:rPr>
                <w:color w:val="A9A9A9"/>
                <w:sz w:val="14"/>
              </w:rPr>
              <w:t>________________________________________________</w:t>
            </w:r>
          </w:p>
        </w:tc>
      </w:tr>
      <w:tr w:rsidR="009A43C3" w14:paraId="46912D48" w14:textId="77777777">
        <w:trPr>
          <w:jc w:val="center"/>
        </w:trPr>
        <w:tc>
          <w:tcPr>
            <w:tcW w:w="7416" w:type="dxa"/>
            <w:shd w:val="clear" w:color="auto" w:fill="F5F7F5"/>
            <w:tcMar>
              <w:top w:w="55" w:type="dxa"/>
              <w:left w:w="70" w:type="dxa"/>
              <w:bottom w:w="50" w:type="dxa"/>
              <w:right w:w="70" w:type="dxa"/>
            </w:tcMar>
          </w:tcPr>
          <w:p w14:paraId="2C943919" w14:textId="77777777" w:rsidR="009A43C3" w:rsidRDefault="00A60DCE">
            <w:pPr>
              <w:pStyle w:val="FormLabel"/>
            </w:pPr>
            <w:r>
              <w:t xml:space="preserve">Current </w:t>
            </w:r>
            <w:proofErr w:type="gramStart"/>
            <w:r>
              <w:t>address  Street</w:t>
            </w:r>
            <w:proofErr w:type="gramEnd"/>
            <w:r>
              <w:t xml:space="preserve">  </w:t>
            </w:r>
            <w:proofErr w:type="gramStart"/>
            <w:r>
              <w:t>City  State</w:t>
            </w:r>
            <w:proofErr w:type="gramEnd"/>
            <w:r>
              <w:t xml:space="preserve">  ZIP</w:t>
            </w:r>
          </w:p>
          <w:p w14:paraId="4D5F34D2" w14:textId="77777777" w:rsidR="009A43C3" w:rsidRDefault="00A60DCE">
            <w:pPr>
              <w:spacing w:after="0"/>
            </w:pPr>
            <w:r>
              <w:rPr>
                <w:color w:val="A9A9A9"/>
                <w:sz w:val="14"/>
              </w:rPr>
              <w:t>________________________________________________________________</w:t>
            </w:r>
          </w:p>
        </w:tc>
        <w:tc>
          <w:tcPr>
            <w:tcW w:w="3240" w:type="dxa"/>
            <w:shd w:val="clear" w:color="auto" w:fill="F5F7F5"/>
            <w:tcMar>
              <w:top w:w="55" w:type="dxa"/>
              <w:left w:w="70" w:type="dxa"/>
              <w:bottom w:w="50" w:type="dxa"/>
              <w:right w:w="70" w:type="dxa"/>
            </w:tcMar>
          </w:tcPr>
          <w:p w14:paraId="587A33BB" w14:textId="77777777" w:rsidR="009A43C3" w:rsidRDefault="00A60DCE">
            <w:pPr>
              <w:pStyle w:val="FormLabel"/>
            </w:pPr>
            <w:r>
              <w:t>Primary phone</w:t>
            </w:r>
          </w:p>
          <w:p w14:paraId="631F65CC" w14:textId="00E810F1" w:rsidR="009A43C3" w:rsidRDefault="00A60DCE">
            <w:pPr>
              <w:spacing w:after="0"/>
            </w:pPr>
            <w:r>
              <w:rPr>
                <w:color w:val="A9A9A9"/>
                <w:sz w:val="14"/>
              </w:rPr>
              <w:t>________________________________________________</w:t>
            </w:r>
          </w:p>
        </w:tc>
      </w:tr>
      <w:tr w:rsidR="009A43C3" w14:paraId="4A352F93" w14:textId="77777777">
        <w:trPr>
          <w:jc w:val="center"/>
        </w:trPr>
        <w:tc>
          <w:tcPr>
            <w:tcW w:w="7416" w:type="dxa"/>
            <w:shd w:val="clear" w:color="auto" w:fill="F5F7F5"/>
            <w:tcMar>
              <w:top w:w="55" w:type="dxa"/>
              <w:left w:w="70" w:type="dxa"/>
              <w:bottom w:w="50" w:type="dxa"/>
              <w:right w:w="70" w:type="dxa"/>
            </w:tcMar>
          </w:tcPr>
          <w:p w14:paraId="4A830BC1" w14:textId="77777777" w:rsidR="009A43C3" w:rsidRDefault="00A60DCE">
            <w:pPr>
              <w:pStyle w:val="FormLabel"/>
            </w:pPr>
            <w:r>
              <w:t>Desired admission date</w:t>
            </w:r>
          </w:p>
          <w:p w14:paraId="2066DAD5" w14:textId="77777777" w:rsidR="009A43C3" w:rsidRDefault="00A60DCE">
            <w:pPr>
              <w:spacing w:after="0"/>
            </w:pPr>
            <w:r>
              <w:rPr>
                <w:color w:val="A9A9A9"/>
                <w:sz w:val="14"/>
              </w:rPr>
              <w:t>________________________________________________________________</w:t>
            </w:r>
          </w:p>
        </w:tc>
        <w:tc>
          <w:tcPr>
            <w:tcW w:w="3240" w:type="dxa"/>
            <w:shd w:val="clear" w:color="auto" w:fill="F5F7F5"/>
            <w:tcMar>
              <w:top w:w="55" w:type="dxa"/>
              <w:left w:w="70" w:type="dxa"/>
              <w:bottom w:w="50" w:type="dxa"/>
              <w:right w:w="70" w:type="dxa"/>
            </w:tcMar>
          </w:tcPr>
          <w:p w14:paraId="24E5F08D" w14:textId="77777777" w:rsidR="009A43C3" w:rsidRDefault="00A60DCE">
            <w:pPr>
              <w:pStyle w:val="FormLabel"/>
            </w:pPr>
            <w:r>
              <w:t>Current residence</w:t>
            </w:r>
          </w:p>
          <w:p w14:paraId="244A1C87" w14:textId="61DE98EF" w:rsidR="009A43C3" w:rsidRDefault="00A60DCE">
            <w:pPr>
              <w:spacing w:after="0"/>
            </w:pPr>
            <w:r>
              <w:rPr>
                <w:color w:val="A9A9A9"/>
                <w:sz w:val="14"/>
              </w:rPr>
              <w:t>________________________________________________</w:t>
            </w:r>
          </w:p>
        </w:tc>
      </w:tr>
      <w:tr w:rsidR="009A43C3" w14:paraId="303172C7" w14:textId="77777777">
        <w:trPr>
          <w:jc w:val="center"/>
        </w:trPr>
        <w:tc>
          <w:tcPr>
            <w:tcW w:w="7416" w:type="dxa"/>
            <w:shd w:val="clear" w:color="auto" w:fill="F5F7F5"/>
            <w:tcMar>
              <w:top w:w="55" w:type="dxa"/>
              <w:left w:w="70" w:type="dxa"/>
              <w:bottom w:w="50" w:type="dxa"/>
              <w:right w:w="70" w:type="dxa"/>
            </w:tcMar>
          </w:tcPr>
          <w:p w14:paraId="756EEDA5" w14:textId="77777777" w:rsidR="009A43C3" w:rsidRDefault="00A60DCE">
            <w:pPr>
              <w:pStyle w:val="FormLabel"/>
            </w:pPr>
            <w:r>
              <w:t>Reason for seeking admission</w:t>
            </w:r>
          </w:p>
          <w:p w14:paraId="3B9FCB94" w14:textId="77777777" w:rsidR="009A43C3" w:rsidRDefault="00A60DCE">
            <w:pPr>
              <w:spacing w:after="0"/>
            </w:pPr>
            <w:r>
              <w:rPr>
                <w:color w:val="A9A9A9"/>
                <w:sz w:val="14"/>
              </w:rPr>
              <w:t>________________________________________________________________</w:t>
            </w:r>
          </w:p>
        </w:tc>
        <w:tc>
          <w:tcPr>
            <w:tcW w:w="3240" w:type="dxa"/>
            <w:shd w:val="clear" w:color="auto" w:fill="F5F7F5"/>
            <w:tcMar>
              <w:top w:w="55" w:type="dxa"/>
              <w:left w:w="70" w:type="dxa"/>
              <w:bottom w:w="50" w:type="dxa"/>
              <w:right w:w="70" w:type="dxa"/>
            </w:tcMar>
          </w:tcPr>
          <w:p w14:paraId="7C51B152" w14:textId="77777777" w:rsidR="009A43C3" w:rsidRDefault="00A60DCE">
            <w:pPr>
              <w:pStyle w:val="FormLabel"/>
            </w:pPr>
            <w:r>
              <w:t>Referral source and phone</w:t>
            </w:r>
          </w:p>
          <w:p w14:paraId="650C9EB5" w14:textId="339DE92F" w:rsidR="009A43C3" w:rsidRDefault="00A60DCE">
            <w:pPr>
              <w:spacing w:after="0"/>
            </w:pPr>
            <w:r>
              <w:rPr>
                <w:color w:val="A9A9A9"/>
                <w:sz w:val="14"/>
              </w:rPr>
              <w:t>________________________________________________</w:t>
            </w:r>
          </w:p>
        </w:tc>
      </w:tr>
    </w:tbl>
    <w:p w14:paraId="740CFAC8" w14:textId="77777777" w:rsidR="009A43C3" w:rsidRDefault="009A43C3">
      <w:pPr>
        <w:spacing w:after="0"/>
      </w:pPr>
    </w:p>
    <w:tbl>
      <w:tblPr>
        <w:tblW w:w="0" w:type="auto"/>
        <w:jc w:val="center"/>
        <w:tblLayout w:type="fixed"/>
        <w:tblLook w:val="04A0" w:firstRow="1" w:lastRow="0" w:firstColumn="1" w:lastColumn="0" w:noHBand="0" w:noVBand="1"/>
      </w:tblPr>
      <w:tblGrid>
        <w:gridCol w:w="2880"/>
        <w:gridCol w:w="1728"/>
        <w:gridCol w:w="2304"/>
        <w:gridCol w:w="3744"/>
      </w:tblGrid>
      <w:tr w:rsidR="009A43C3" w14:paraId="6DEA4E0B" w14:textId="77777777">
        <w:trPr>
          <w:jc w:val="center"/>
        </w:trPr>
        <w:tc>
          <w:tcPr>
            <w:tcW w:w="2880" w:type="dxa"/>
            <w:shd w:val="clear" w:color="auto" w:fill="F5F7F5"/>
            <w:tcMar>
              <w:top w:w="55" w:type="dxa"/>
              <w:left w:w="70" w:type="dxa"/>
              <w:bottom w:w="50" w:type="dxa"/>
              <w:right w:w="70" w:type="dxa"/>
            </w:tcMar>
          </w:tcPr>
          <w:p w14:paraId="30FDB73B" w14:textId="77777777" w:rsidR="009A43C3" w:rsidRDefault="00A60DCE">
            <w:pPr>
              <w:pStyle w:val="FormLabel"/>
            </w:pPr>
            <w:r>
              <w:t>Date of birth</w:t>
            </w:r>
          </w:p>
          <w:p w14:paraId="106B0D8E" w14:textId="3A469349" w:rsidR="009A43C3" w:rsidRDefault="00A60DCE">
            <w:pPr>
              <w:spacing w:after="0"/>
            </w:pPr>
            <w:r>
              <w:rPr>
                <w:color w:val="A9A9A9"/>
                <w:sz w:val="14"/>
              </w:rPr>
              <w:t>__________________________________________</w:t>
            </w:r>
          </w:p>
        </w:tc>
        <w:tc>
          <w:tcPr>
            <w:tcW w:w="1728" w:type="dxa"/>
            <w:shd w:val="clear" w:color="auto" w:fill="F5F7F5"/>
            <w:tcMar>
              <w:top w:w="55" w:type="dxa"/>
              <w:left w:w="70" w:type="dxa"/>
              <w:bottom w:w="50" w:type="dxa"/>
              <w:right w:w="70" w:type="dxa"/>
            </w:tcMar>
          </w:tcPr>
          <w:p w14:paraId="75F3C01F" w14:textId="77777777" w:rsidR="009A43C3" w:rsidRDefault="00A60DCE">
            <w:pPr>
              <w:pStyle w:val="FormLabel"/>
            </w:pPr>
            <w:r>
              <w:t>Age</w:t>
            </w:r>
          </w:p>
          <w:p w14:paraId="231E66AA" w14:textId="515438AC" w:rsidR="009A43C3" w:rsidRDefault="00A60DCE">
            <w:pPr>
              <w:spacing w:after="0"/>
            </w:pPr>
            <w:r>
              <w:rPr>
                <w:color w:val="A9A9A9"/>
                <w:sz w:val="14"/>
              </w:rPr>
              <w:t>________________________</w:t>
            </w:r>
          </w:p>
        </w:tc>
        <w:tc>
          <w:tcPr>
            <w:tcW w:w="2304" w:type="dxa"/>
            <w:shd w:val="clear" w:color="auto" w:fill="F5F7F5"/>
            <w:tcMar>
              <w:top w:w="55" w:type="dxa"/>
              <w:left w:w="70" w:type="dxa"/>
              <w:bottom w:w="50" w:type="dxa"/>
              <w:right w:w="70" w:type="dxa"/>
            </w:tcMar>
          </w:tcPr>
          <w:p w14:paraId="605555E8" w14:textId="77777777" w:rsidR="009A43C3" w:rsidRDefault="00A60DCE">
            <w:pPr>
              <w:pStyle w:val="FormLabel"/>
            </w:pPr>
            <w:r>
              <w:t>Sex</w:t>
            </w:r>
          </w:p>
          <w:p w14:paraId="44CD906E" w14:textId="61112F6B" w:rsidR="009A43C3" w:rsidRDefault="00A60DCE">
            <w:pPr>
              <w:spacing w:after="0"/>
            </w:pPr>
            <w:r>
              <w:rPr>
                <w:color w:val="A9A9A9"/>
                <w:sz w:val="14"/>
              </w:rPr>
              <w:t>_________________________________</w:t>
            </w:r>
          </w:p>
        </w:tc>
        <w:tc>
          <w:tcPr>
            <w:tcW w:w="3744" w:type="dxa"/>
            <w:shd w:val="clear" w:color="auto" w:fill="F5F7F5"/>
            <w:tcMar>
              <w:top w:w="55" w:type="dxa"/>
              <w:left w:w="70" w:type="dxa"/>
              <w:bottom w:w="50" w:type="dxa"/>
              <w:right w:w="70" w:type="dxa"/>
            </w:tcMar>
          </w:tcPr>
          <w:p w14:paraId="1D2A9C10" w14:textId="77777777" w:rsidR="009A43C3" w:rsidRDefault="00A60DCE">
            <w:pPr>
              <w:pStyle w:val="FormLabel"/>
            </w:pPr>
            <w:r>
              <w:t>Marital status</w:t>
            </w:r>
          </w:p>
          <w:p w14:paraId="06B1CBF6" w14:textId="4C0785A4" w:rsidR="009A43C3" w:rsidRDefault="00A60DCE">
            <w:pPr>
              <w:spacing w:after="0"/>
            </w:pPr>
            <w:r>
              <w:rPr>
                <w:color w:val="A9A9A9"/>
                <w:sz w:val="14"/>
              </w:rPr>
              <w:t>________________________________________________________</w:t>
            </w:r>
          </w:p>
        </w:tc>
      </w:tr>
    </w:tbl>
    <w:p w14:paraId="50C0E63E" w14:textId="77777777" w:rsidR="009A43C3" w:rsidRDefault="009A43C3">
      <w:pPr>
        <w:spacing w:after="0"/>
      </w:pPr>
    </w:p>
    <w:p w14:paraId="134DC83F" w14:textId="77777777" w:rsidR="009A43C3" w:rsidRDefault="00A60DCE">
      <w:pPr>
        <w:spacing w:after="80"/>
      </w:pPr>
      <w:r>
        <w:t>☐ Long term care   ☐ Short term rehabilitation   ☐ Respite   ☐ Other __________________</w:t>
      </w:r>
    </w:p>
    <w:tbl>
      <w:tblPr>
        <w:tblW w:w="0" w:type="auto"/>
        <w:jc w:val="center"/>
        <w:tblLayout w:type="fixed"/>
        <w:tblLook w:val="04A0" w:firstRow="1" w:lastRow="0" w:firstColumn="1" w:lastColumn="0" w:noHBand="0" w:noVBand="1"/>
      </w:tblPr>
      <w:tblGrid>
        <w:gridCol w:w="5328"/>
        <w:gridCol w:w="5328"/>
      </w:tblGrid>
      <w:tr w:rsidR="009A43C3" w14:paraId="3820B1C9" w14:textId="77777777">
        <w:trPr>
          <w:jc w:val="center"/>
        </w:trPr>
        <w:tc>
          <w:tcPr>
            <w:tcW w:w="5328" w:type="dxa"/>
            <w:shd w:val="clear" w:color="auto" w:fill="F5F7F5"/>
            <w:tcMar>
              <w:top w:w="55" w:type="dxa"/>
              <w:left w:w="70" w:type="dxa"/>
              <w:bottom w:w="50" w:type="dxa"/>
              <w:right w:w="70" w:type="dxa"/>
            </w:tcMar>
          </w:tcPr>
          <w:p w14:paraId="2A07C5B2" w14:textId="77777777" w:rsidR="009A43C3" w:rsidRDefault="00A60DCE">
            <w:pPr>
              <w:pStyle w:val="FormLabel"/>
            </w:pPr>
            <w:r>
              <w:t>Birthplace</w:t>
            </w:r>
          </w:p>
          <w:p w14:paraId="073808F9" w14:textId="77777777" w:rsidR="009A43C3" w:rsidRDefault="00A60DCE">
            <w:pPr>
              <w:spacing w:after="0"/>
            </w:pPr>
            <w:r>
              <w:rPr>
                <w:color w:val="A9A9A9"/>
                <w:sz w:val="14"/>
              </w:rPr>
              <w:t>________________________________________________________________</w:t>
            </w:r>
          </w:p>
        </w:tc>
        <w:tc>
          <w:tcPr>
            <w:tcW w:w="5328" w:type="dxa"/>
            <w:shd w:val="clear" w:color="auto" w:fill="F5F7F5"/>
            <w:tcMar>
              <w:top w:w="55" w:type="dxa"/>
              <w:left w:w="70" w:type="dxa"/>
              <w:bottom w:w="50" w:type="dxa"/>
              <w:right w:w="70" w:type="dxa"/>
            </w:tcMar>
          </w:tcPr>
          <w:p w14:paraId="0BBCDAA1" w14:textId="77777777" w:rsidR="009A43C3" w:rsidRDefault="00A60DCE">
            <w:pPr>
              <w:pStyle w:val="FormLabel"/>
            </w:pPr>
            <w:r>
              <w:t>Previous occupation</w:t>
            </w:r>
          </w:p>
          <w:p w14:paraId="671BFF5E" w14:textId="77777777" w:rsidR="009A43C3" w:rsidRDefault="00A60DCE">
            <w:pPr>
              <w:spacing w:after="0"/>
            </w:pPr>
            <w:r>
              <w:rPr>
                <w:color w:val="A9A9A9"/>
                <w:sz w:val="14"/>
              </w:rPr>
              <w:t>________________________________________________________________</w:t>
            </w:r>
          </w:p>
        </w:tc>
      </w:tr>
      <w:tr w:rsidR="009A43C3" w14:paraId="20993FC7" w14:textId="77777777">
        <w:trPr>
          <w:jc w:val="center"/>
        </w:trPr>
        <w:tc>
          <w:tcPr>
            <w:tcW w:w="5328" w:type="dxa"/>
            <w:shd w:val="clear" w:color="auto" w:fill="F5F7F5"/>
            <w:tcMar>
              <w:top w:w="55" w:type="dxa"/>
              <w:left w:w="70" w:type="dxa"/>
              <w:bottom w:w="50" w:type="dxa"/>
              <w:right w:w="70" w:type="dxa"/>
            </w:tcMar>
          </w:tcPr>
          <w:p w14:paraId="5951306E" w14:textId="77777777" w:rsidR="009A43C3" w:rsidRDefault="00A60DCE">
            <w:pPr>
              <w:pStyle w:val="FormLabel"/>
            </w:pPr>
            <w:r>
              <w:t>Religion or faith preference</w:t>
            </w:r>
          </w:p>
          <w:p w14:paraId="1ABBBF95" w14:textId="77777777" w:rsidR="009A43C3" w:rsidRDefault="00A60DCE">
            <w:pPr>
              <w:spacing w:after="0"/>
            </w:pPr>
            <w:r>
              <w:rPr>
                <w:color w:val="A9A9A9"/>
                <w:sz w:val="14"/>
              </w:rPr>
              <w:t>________________________________________________________________</w:t>
            </w:r>
          </w:p>
        </w:tc>
        <w:tc>
          <w:tcPr>
            <w:tcW w:w="5328" w:type="dxa"/>
            <w:shd w:val="clear" w:color="auto" w:fill="F5F7F5"/>
            <w:tcMar>
              <w:top w:w="55" w:type="dxa"/>
              <w:left w:w="70" w:type="dxa"/>
              <w:bottom w:w="50" w:type="dxa"/>
              <w:right w:w="70" w:type="dxa"/>
            </w:tcMar>
          </w:tcPr>
          <w:p w14:paraId="2FB185E1" w14:textId="77777777" w:rsidR="009A43C3" w:rsidRDefault="00A60DCE">
            <w:pPr>
              <w:pStyle w:val="FormLabel"/>
            </w:pPr>
            <w:r>
              <w:t>Church or congregation</w:t>
            </w:r>
          </w:p>
          <w:p w14:paraId="4869DEE8" w14:textId="77777777" w:rsidR="009A43C3" w:rsidRDefault="00A60DCE">
            <w:pPr>
              <w:spacing w:after="0"/>
            </w:pPr>
            <w:r>
              <w:rPr>
                <w:color w:val="A9A9A9"/>
                <w:sz w:val="14"/>
              </w:rPr>
              <w:t>________________________________________________________________</w:t>
            </w:r>
          </w:p>
        </w:tc>
      </w:tr>
    </w:tbl>
    <w:p w14:paraId="32307270" w14:textId="77777777" w:rsidR="009A43C3" w:rsidRDefault="009A43C3">
      <w:pPr>
        <w:spacing w:after="0"/>
      </w:pPr>
    </w:p>
    <w:tbl>
      <w:tblPr>
        <w:tblW w:w="0" w:type="auto"/>
        <w:jc w:val="center"/>
        <w:tblLook w:val="04A0" w:firstRow="1" w:lastRow="0" w:firstColumn="1" w:lastColumn="0" w:noHBand="0" w:noVBand="1"/>
      </w:tblPr>
      <w:tblGrid>
        <w:gridCol w:w="10656"/>
      </w:tblGrid>
      <w:tr w:rsidR="009A43C3" w14:paraId="10A69C73" w14:textId="77777777">
        <w:trPr>
          <w:jc w:val="center"/>
        </w:trPr>
        <w:tc>
          <w:tcPr>
            <w:tcW w:w="10656" w:type="dxa"/>
            <w:shd w:val="clear" w:color="auto" w:fill="355246"/>
            <w:tcMar>
              <w:top w:w="55" w:type="dxa"/>
              <w:left w:w="70" w:type="dxa"/>
              <w:bottom w:w="55" w:type="dxa"/>
              <w:right w:w="70" w:type="dxa"/>
            </w:tcMar>
            <w:vAlign w:val="center"/>
          </w:tcPr>
          <w:p w14:paraId="07A2EE8F" w14:textId="77777777" w:rsidR="009A43C3" w:rsidRDefault="00A60DCE">
            <w:pPr>
              <w:keepNext/>
            </w:pPr>
            <w:r>
              <w:rPr>
                <w:b/>
                <w:color w:val="FFFFFF"/>
                <w:sz w:val="20"/>
              </w:rPr>
              <w:t>MILITARY SERVICE</w:t>
            </w:r>
          </w:p>
        </w:tc>
      </w:tr>
    </w:tbl>
    <w:tbl>
      <w:tblPr>
        <w:tblW w:w="0" w:type="auto"/>
        <w:jc w:val="center"/>
        <w:tblLayout w:type="fixed"/>
        <w:tblLook w:val="04A0" w:firstRow="1" w:lastRow="0" w:firstColumn="1" w:lastColumn="0" w:noHBand="0" w:noVBand="1"/>
      </w:tblPr>
      <w:tblGrid>
        <w:gridCol w:w="5328"/>
        <w:gridCol w:w="5328"/>
      </w:tblGrid>
      <w:tr w:rsidR="009A43C3" w14:paraId="2AA3B3A6" w14:textId="77777777">
        <w:trPr>
          <w:jc w:val="center"/>
        </w:trPr>
        <w:tc>
          <w:tcPr>
            <w:tcW w:w="5328" w:type="dxa"/>
            <w:shd w:val="clear" w:color="auto" w:fill="F5F7F5"/>
            <w:tcMar>
              <w:top w:w="55" w:type="dxa"/>
              <w:left w:w="70" w:type="dxa"/>
              <w:bottom w:w="50" w:type="dxa"/>
              <w:right w:w="70" w:type="dxa"/>
            </w:tcMar>
          </w:tcPr>
          <w:p w14:paraId="62CC999A" w14:textId="77777777" w:rsidR="009A43C3" w:rsidRDefault="00A60DCE">
            <w:pPr>
              <w:pStyle w:val="FormLabel"/>
            </w:pPr>
            <w:r>
              <w:t xml:space="preserve">Applicant </w:t>
            </w:r>
            <w:proofErr w:type="gramStart"/>
            <w:r>
              <w:t>veteran  Branch</w:t>
            </w:r>
            <w:proofErr w:type="gramEnd"/>
            <w:r>
              <w:t xml:space="preserve"> and service dates</w:t>
            </w:r>
          </w:p>
          <w:p w14:paraId="5E2DA121" w14:textId="77777777" w:rsidR="009A43C3" w:rsidRDefault="00A60DCE">
            <w:pPr>
              <w:spacing w:after="0"/>
            </w:pPr>
            <w:r>
              <w:rPr>
                <w:color w:val="A9A9A9"/>
                <w:sz w:val="14"/>
              </w:rPr>
              <w:t>________________________________________________________________</w:t>
            </w:r>
          </w:p>
        </w:tc>
        <w:tc>
          <w:tcPr>
            <w:tcW w:w="5328" w:type="dxa"/>
            <w:shd w:val="clear" w:color="auto" w:fill="F5F7F5"/>
            <w:tcMar>
              <w:top w:w="55" w:type="dxa"/>
              <w:left w:w="70" w:type="dxa"/>
              <w:bottom w:w="50" w:type="dxa"/>
              <w:right w:w="70" w:type="dxa"/>
            </w:tcMar>
          </w:tcPr>
          <w:p w14:paraId="178B5651" w14:textId="77777777" w:rsidR="009A43C3" w:rsidRDefault="00A60DCE">
            <w:pPr>
              <w:pStyle w:val="FormLabel"/>
            </w:pPr>
            <w:r>
              <w:t xml:space="preserve">Spouse </w:t>
            </w:r>
            <w:proofErr w:type="gramStart"/>
            <w:r>
              <w:t>veteran  Name</w:t>
            </w:r>
            <w:proofErr w:type="gramEnd"/>
            <w:r>
              <w:t xml:space="preserve">  Branch and service dates</w:t>
            </w:r>
          </w:p>
          <w:p w14:paraId="577B2768" w14:textId="77777777" w:rsidR="009A43C3" w:rsidRDefault="00A60DCE">
            <w:pPr>
              <w:spacing w:after="0"/>
            </w:pPr>
            <w:r>
              <w:rPr>
                <w:color w:val="A9A9A9"/>
                <w:sz w:val="14"/>
              </w:rPr>
              <w:t>________________________________________________________________</w:t>
            </w:r>
          </w:p>
        </w:tc>
      </w:tr>
    </w:tbl>
    <w:p w14:paraId="652FAC3D" w14:textId="77777777" w:rsidR="009A43C3" w:rsidRDefault="009A43C3">
      <w:pPr>
        <w:spacing w:after="0"/>
      </w:pPr>
    </w:p>
    <w:tbl>
      <w:tblPr>
        <w:tblW w:w="0" w:type="auto"/>
        <w:jc w:val="center"/>
        <w:tblLook w:val="04A0" w:firstRow="1" w:lastRow="0" w:firstColumn="1" w:lastColumn="0" w:noHBand="0" w:noVBand="1"/>
      </w:tblPr>
      <w:tblGrid>
        <w:gridCol w:w="10656"/>
      </w:tblGrid>
      <w:tr w:rsidR="009A43C3" w14:paraId="2EC91C6E" w14:textId="77777777">
        <w:trPr>
          <w:jc w:val="center"/>
        </w:trPr>
        <w:tc>
          <w:tcPr>
            <w:tcW w:w="10656" w:type="dxa"/>
            <w:shd w:val="clear" w:color="auto" w:fill="355246"/>
            <w:tcMar>
              <w:top w:w="55" w:type="dxa"/>
              <w:left w:w="70" w:type="dxa"/>
              <w:bottom w:w="55" w:type="dxa"/>
              <w:right w:w="70" w:type="dxa"/>
            </w:tcMar>
            <w:vAlign w:val="center"/>
          </w:tcPr>
          <w:p w14:paraId="70EF7E31" w14:textId="77777777" w:rsidR="009A43C3" w:rsidRDefault="00A60DCE">
            <w:pPr>
              <w:keepNext/>
            </w:pPr>
            <w:r>
              <w:rPr>
                <w:b/>
                <w:color w:val="FFFFFF"/>
                <w:sz w:val="20"/>
              </w:rPr>
              <w:t>MEDICAL DESIGNATIONS</w:t>
            </w:r>
          </w:p>
        </w:tc>
      </w:tr>
    </w:tbl>
    <w:tbl>
      <w:tblPr>
        <w:tblStyle w:val="TableGrid"/>
        <w:tblW w:w="0" w:type="auto"/>
        <w:jc w:val="center"/>
        <w:tblLayout w:type="fixed"/>
        <w:tblLook w:val="04A0" w:firstRow="1" w:lastRow="0" w:firstColumn="1" w:lastColumn="0" w:noHBand="0" w:noVBand="1"/>
      </w:tblPr>
      <w:tblGrid>
        <w:gridCol w:w="5328"/>
        <w:gridCol w:w="7056"/>
      </w:tblGrid>
      <w:tr w:rsidR="009A43C3" w14:paraId="3DA8D94B" w14:textId="77777777">
        <w:trPr>
          <w:tblHeader/>
          <w:jc w:val="center"/>
        </w:trPr>
        <w:tc>
          <w:tcPr>
            <w:tcW w:w="5328" w:type="dxa"/>
            <w:shd w:val="clear" w:color="auto" w:fill="355246"/>
            <w:tcMar>
              <w:top w:w="55" w:type="dxa"/>
              <w:left w:w="70" w:type="dxa"/>
              <w:bottom w:w="55" w:type="dxa"/>
              <w:right w:w="70" w:type="dxa"/>
            </w:tcMar>
            <w:vAlign w:val="center"/>
          </w:tcPr>
          <w:p w14:paraId="745480E6" w14:textId="77777777" w:rsidR="009A43C3" w:rsidRDefault="00A60DCE">
            <w:pPr>
              <w:jc w:val="center"/>
            </w:pPr>
            <w:r>
              <w:rPr>
                <w:b/>
                <w:color w:val="FFFFFF"/>
                <w:sz w:val="15"/>
              </w:rPr>
              <w:t>Provider or service</w:t>
            </w:r>
          </w:p>
        </w:tc>
        <w:tc>
          <w:tcPr>
            <w:tcW w:w="5328" w:type="dxa"/>
            <w:shd w:val="clear" w:color="auto" w:fill="355246"/>
            <w:tcMar>
              <w:top w:w="55" w:type="dxa"/>
              <w:left w:w="70" w:type="dxa"/>
              <w:bottom w:w="55" w:type="dxa"/>
              <w:right w:w="70" w:type="dxa"/>
            </w:tcMar>
            <w:vAlign w:val="center"/>
          </w:tcPr>
          <w:p w14:paraId="68E1E8B2" w14:textId="77777777" w:rsidR="009A43C3" w:rsidRDefault="00A60DCE">
            <w:pPr>
              <w:jc w:val="center"/>
            </w:pPr>
            <w:r>
              <w:rPr>
                <w:b/>
                <w:color w:val="FFFFFF"/>
                <w:sz w:val="15"/>
              </w:rPr>
              <w:t>Name</w:t>
            </w:r>
          </w:p>
        </w:tc>
      </w:tr>
      <w:tr w:rsidR="009A43C3" w14:paraId="070E2952" w14:textId="77777777">
        <w:trPr>
          <w:jc w:val="center"/>
        </w:trPr>
        <w:tc>
          <w:tcPr>
            <w:tcW w:w="3600" w:type="dxa"/>
            <w:shd w:val="clear" w:color="auto" w:fill="FFFFFF"/>
            <w:tcMar>
              <w:top w:w="55" w:type="dxa"/>
              <w:left w:w="70" w:type="dxa"/>
              <w:bottom w:w="55" w:type="dxa"/>
              <w:right w:w="70" w:type="dxa"/>
            </w:tcMar>
            <w:vAlign w:val="center"/>
          </w:tcPr>
          <w:p w14:paraId="11A4E9EA" w14:textId="4C7706E2" w:rsidR="009A43C3" w:rsidRDefault="00A60DCE" w:rsidP="00AC4702">
            <w:pPr>
              <w:jc w:val="center"/>
            </w:pPr>
            <w:r>
              <w:rPr>
                <w:sz w:val="16"/>
              </w:rPr>
              <w:br/>
            </w:r>
            <w:r w:rsidR="00AC4702">
              <w:t>Primary</w:t>
            </w:r>
          </w:p>
        </w:tc>
        <w:tc>
          <w:tcPr>
            <w:tcW w:w="7056" w:type="dxa"/>
            <w:shd w:val="clear" w:color="auto" w:fill="FFFFFF"/>
            <w:tcMar>
              <w:top w:w="55" w:type="dxa"/>
              <w:left w:w="70" w:type="dxa"/>
              <w:bottom w:w="55" w:type="dxa"/>
              <w:right w:w="70" w:type="dxa"/>
            </w:tcMar>
            <w:vAlign w:val="center"/>
          </w:tcPr>
          <w:p w14:paraId="7EAE7D69" w14:textId="77777777" w:rsidR="009A43C3" w:rsidRDefault="00A60DCE">
            <w:r>
              <w:rPr>
                <w:sz w:val="16"/>
              </w:rPr>
              <w:br/>
            </w:r>
          </w:p>
        </w:tc>
      </w:tr>
      <w:tr w:rsidR="009A43C3" w14:paraId="29C91916" w14:textId="77777777">
        <w:trPr>
          <w:jc w:val="center"/>
        </w:trPr>
        <w:tc>
          <w:tcPr>
            <w:tcW w:w="3600" w:type="dxa"/>
            <w:shd w:val="clear" w:color="auto" w:fill="FFFFFF"/>
            <w:tcMar>
              <w:top w:w="55" w:type="dxa"/>
              <w:left w:w="70" w:type="dxa"/>
              <w:bottom w:w="55" w:type="dxa"/>
              <w:right w:w="70" w:type="dxa"/>
            </w:tcMar>
            <w:vAlign w:val="center"/>
          </w:tcPr>
          <w:p w14:paraId="4553F226" w14:textId="0A46AD1C" w:rsidR="009A43C3" w:rsidRDefault="00A60DCE" w:rsidP="00AC4702">
            <w:pPr>
              <w:jc w:val="center"/>
            </w:pPr>
            <w:r>
              <w:rPr>
                <w:sz w:val="16"/>
              </w:rPr>
              <w:br/>
            </w:r>
            <w:r w:rsidR="00AC4702">
              <w:t>Eye Care</w:t>
            </w:r>
          </w:p>
        </w:tc>
        <w:tc>
          <w:tcPr>
            <w:tcW w:w="7056" w:type="dxa"/>
            <w:shd w:val="clear" w:color="auto" w:fill="FFFFFF"/>
            <w:tcMar>
              <w:top w:w="55" w:type="dxa"/>
              <w:left w:w="70" w:type="dxa"/>
              <w:bottom w:w="55" w:type="dxa"/>
              <w:right w:w="70" w:type="dxa"/>
            </w:tcMar>
            <w:vAlign w:val="center"/>
          </w:tcPr>
          <w:p w14:paraId="407D80F5" w14:textId="77777777" w:rsidR="009A43C3" w:rsidRDefault="00A60DCE">
            <w:r>
              <w:rPr>
                <w:sz w:val="16"/>
              </w:rPr>
              <w:br/>
            </w:r>
          </w:p>
        </w:tc>
      </w:tr>
      <w:tr w:rsidR="009A43C3" w14:paraId="2915C620" w14:textId="77777777">
        <w:trPr>
          <w:jc w:val="center"/>
        </w:trPr>
        <w:tc>
          <w:tcPr>
            <w:tcW w:w="3600" w:type="dxa"/>
            <w:shd w:val="clear" w:color="auto" w:fill="FFFFFF"/>
            <w:tcMar>
              <w:top w:w="55" w:type="dxa"/>
              <w:left w:w="70" w:type="dxa"/>
              <w:bottom w:w="55" w:type="dxa"/>
              <w:right w:w="70" w:type="dxa"/>
            </w:tcMar>
            <w:vAlign w:val="center"/>
          </w:tcPr>
          <w:p w14:paraId="22D431EB" w14:textId="7DC268C0" w:rsidR="009A43C3" w:rsidRDefault="00A60DCE" w:rsidP="00AC4702">
            <w:pPr>
              <w:jc w:val="center"/>
            </w:pPr>
            <w:r>
              <w:rPr>
                <w:sz w:val="16"/>
              </w:rPr>
              <w:br/>
            </w:r>
            <w:r w:rsidR="00AC4702">
              <w:t>Dental Care</w:t>
            </w:r>
          </w:p>
        </w:tc>
        <w:tc>
          <w:tcPr>
            <w:tcW w:w="7056" w:type="dxa"/>
            <w:shd w:val="clear" w:color="auto" w:fill="FFFFFF"/>
            <w:tcMar>
              <w:top w:w="55" w:type="dxa"/>
              <w:left w:w="70" w:type="dxa"/>
              <w:bottom w:w="55" w:type="dxa"/>
              <w:right w:w="70" w:type="dxa"/>
            </w:tcMar>
            <w:vAlign w:val="center"/>
          </w:tcPr>
          <w:p w14:paraId="418BBE71" w14:textId="77777777" w:rsidR="009A43C3" w:rsidRDefault="00A60DCE">
            <w:r>
              <w:rPr>
                <w:sz w:val="16"/>
              </w:rPr>
              <w:br/>
            </w:r>
          </w:p>
        </w:tc>
      </w:tr>
      <w:tr w:rsidR="009A43C3" w14:paraId="6147BE54" w14:textId="77777777">
        <w:trPr>
          <w:jc w:val="center"/>
        </w:trPr>
        <w:tc>
          <w:tcPr>
            <w:tcW w:w="3600" w:type="dxa"/>
            <w:shd w:val="clear" w:color="auto" w:fill="FFFFFF"/>
            <w:tcMar>
              <w:top w:w="55" w:type="dxa"/>
              <w:left w:w="70" w:type="dxa"/>
              <w:bottom w:w="55" w:type="dxa"/>
              <w:right w:w="70" w:type="dxa"/>
            </w:tcMar>
            <w:vAlign w:val="center"/>
          </w:tcPr>
          <w:p w14:paraId="435E81A2" w14:textId="29514963" w:rsidR="009A43C3" w:rsidRDefault="00A60DCE" w:rsidP="00AC4702">
            <w:pPr>
              <w:jc w:val="center"/>
            </w:pPr>
            <w:r>
              <w:rPr>
                <w:sz w:val="16"/>
              </w:rPr>
              <w:br/>
            </w:r>
            <w:r w:rsidR="00AC4702">
              <w:t>Pharmacy</w:t>
            </w:r>
          </w:p>
        </w:tc>
        <w:tc>
          <w:tcPr>
            <w:tcW w:w="7056" w:type="dxa"/>
            <w:shd w:val="clear" w:color="auto" w:fill="FFFFFF"/>
            <w:tcMar>
              <w:top w:w="55" w:type="dxa"/>
              <w:left w:w="70" w:type="dxa"/>
              <w:bottom w:w="55" w:type="dxa"/>
              <w:right w:w="70" w:type="dxa"/>
            </w:tcMar>
            <w:vAlign w:val="center"/>
          </w:tcPr>
          <w:p w14:paraId="1B9FECAF" w14:textId="77777777" w:rsidR="009A43C3" w:rsidRDefault="00A60DCE">
            <w:r>
              <w:rPr>
                <w:sz w:val="16"/>
              </w:rPr>
              <w:br/>
            </w:r>
          </w:p>
        </w:tc>
      </w:tr>
      <w:tr w:rsidR="009A43C3" w14:paraId="5305AA70" w14:textId="77777777">
        <w:trPr>
          <w:jc w:val="center"/>
        </w:trPr>
        <w:tc>
          <w:tcPr>
            <w:tcW w:w="3600" w:type="dxa"/>
            <w:shd w:val="clear" w:color="auto" w:fill="FFFFFF"/>
            <w:tcMar>
              <w:top w:w="55" w:type="dxa"/>
              <w:left w:w="70" w:type="dxa"/>
              <w:bottom w:w="55" w:type="dxa"/>
              <w:right w:w="70" w:type="dxa"/>
            </w:tcMar>
            <w:vAlign w:val="center"/>
          </w:tcPr>
          <w:p w14:paraId="185D84AB" w14:textId="2D612AA2" w:rsidR="009A43C3" w:rsidRDefault="00A60DCE" w:rsidP="00AC4702">
            <w:pPr>
              <w:jc w:val="center"/>
            </w:pPr>
            <w:r>
              <w:rPr>
                <w:sz w:val="16"/>
              </w:rPr>
              <w:br/>
            </w:r>
            <w:r w:rsidR="00AC4702">
              <w:t>Other</w:t>
            </w:r>
          </w:p>
        </w:tc>
        <w:tc>
          <w:tcPr>
            <w:tcW w:w="7056" w:type="dxa"/>
            <w:shd w:val="clear" w:color="auto" w:fill="FFFFFF"/>
            <w:tcMar>
              <w:top w:w="55" w:type="dxa"/>
              <w:left w:w="70" w:type="dxa"/>
              <w:bottom w:w="55" w:type="dxa"/>
              <w:right w:w="70" w:type="dxa"/>
            </w:tcMar>
            <w:vAlign w:val="center"/>
          </w:tcPr>
          <w:p w14:paraId="56B75A07" w14:textId="77777777" w:rsidR="009A43C3" w:rsidRDefault="00A60DCE">
            <w:r>
              <w:rPr>
                <w:sz w:val="16"/>
              </w:rPr>
              <w:br/>
            </w:r>
          </w:p>
        </w:tc>
      </w:tr>
    </w:tbl>
    <w:p w14:paraId="1B687A1C" w14:textId="67BE75D8" w:rsidR="009A43C3" w:rsidRDefault="009A43C3">
      <w:pPr>
        <w:spacing w:after="0"/>
      </w:pPr>
    </w:p>
    <w:tbl>
      <w:tblPr>
        <w:tblW w:w="0" w:type="auto"/>
        <w:jc w:val="center"/>
        <w:tblLook w:val="04A0" w:firstRow="1" w:lastRow="0" w:firstColumn="1" w:lastColumn="0" w:noHBand="0" w:noVBand="1"/>
      </w:tblPr>
      <w:tblGrid>
        <w:gridCol w:w="10656"/>
      </w:tblGrid>
      <w:tr w:rsidR="009A43C3" w14:paraId="1FF34662" w14:textId="77777777">
        <w:trPr>
          <w:jc w:val="center"/>
        </w:trPr>
        <w:tc>
          <w:tcPr>
            <w:tcW w:w="10656" w:type="dxa"/>
            <w:shd w:val="clear" w:color="auto" w:fill="355246"/>
            <w:tcMar>
              <w:top w:w="55" w:type="dxa"/>
              <w:left w:w="70" w:type="dxa"/>
              <w:bottom w:w="55" w:type="dxa"/>
              <w:right w:w="70" w:type="dxa"/>
            </w:tcMar>
            <w:vAlign w:val="center"/>
          </w:tcPr>
          <w:p w14:paraId="12213B79" w14:textId="77777777" w:rsidR="009A43C3" w:rsidRDefault="00A60DCE">
            <w:pPr>
              <w:keepNext/>
            </w:pPr>
            <w:r>
              <w:rPr>
                <w:b/>
                <w:color w:val="FFFFFF"/>
                <w:sz w:val="20"/>
              </w:rPr>
              <w:t>DECISION MAKING AND LEGAL DOCUMENTS</w:t>
            </w:r>
          </w:p>
        </w:tc>
      </w:tr>
    </w:tbl>
    <w:p w14:paraId="52DFE4A2" w14:textId="77777777" w:rsidR="009A43C3" w:rsidRDefault="00A60DCE">
      <w:pPr>
        <w:spacing w:after="80"/>
      </w:pPr>
      <w:r>
        <w:t>☐ Applicant makes own healthcare decisions   ☐ Applicant makes own financial decisions</w:t>
      </w:r>
    </w:p>
    <w:tbl>
      <w:tblPr>
        <w:tblW w:w="0" w:type="auto"/>
        <w:jc w:val="center"/>
        <w:tblLayout w:type="fixed"/>
        <w:tblLook w:val="04A0" w:firstRow="1" w:lastRow="0" w:firstColumn="1" w:lastColumn="0" w:noHBand="0" w:noVBand="1"/>
      </w:tblPr>
      <w:tblGrid>
        <w:gridCol w:w="4824"/>
        <w:gridCol w:w="2880"/>
        <w:gridCol w:w="2952"/>
      </w:tblGrid>
      <w:tr w:rsidR="009A43C3" w14:paraId="7BA135CE" w14:textId="77777777">
        <w:trPr>
          <w:jc w:val="center"/>
        </w:trPr>
        <w:tc>
          <w:tcPr>
            <w:tcW w:w="4824" w:type="dxa"/>
            <w:shd w:val="clear" w:color="auto" w:fill="F5F7F5"/>
            <w:tcMar>
              <w:top w:w="55" w:type="dxa"/>
              <w:left w:w="70" w:type="dxa"/>
              <w:bottom w:w="50" w:type="dxa"/>
              <w:right w:w="70" w:type="dxa"/>
            </w:tcMar>
          </w:tcPr>
          <w:p w14:paraId="7252FC2E" w14:textId="77777777" w:rsidR="009A43C3" w:rsidRDefault="00A60DCE">
            <w:pPr>
              <w:pStyle w:val="FormLabel"/>
            </w:pPr>
            <w:r>
              <w:t>Healthcare decision maker or agent</w:t>
            </w:r>
          </w:p>
          <w:p w14:paraId="74A16F0A" w14:textId="77777777" w:rsidR="009A43C3" w:rsidRDefault="00A60DCE">
            <w:pPr>
              <w:spacing w:after="0"/>
            </w:pPr>
            <w:r>
              <w:rPr>
                <w:color w:val="A9A9A9"/>
                <w:sz w:val="14"/>
              </w:rPr>
              <w:t>________________________________________________________________</w:t>
            </w:r>
          </w:p>
        </w:tc>
        <w:tc>
          <w:tcPr>
            <w:tcW w:w="2880" w:type="dxa"/>
            <w:shd w:val="clear" w:color="auto" w:fill="F5F7F5"/>
            <w:tcMar>
              <w:top w:w="55" w:type="dxa"/>
              <w:left w:w="70" w:type="dxa"/>
              <w:bottom w:w="50" w:type="dxa"/>
              <w:right w:w="70" w:type="dxa"/>
            </w:tcMar>
          </w:tcPr>
          <w:p w14:paraId="702DB60F" w14:textId="77777777" w:rsidR="009A43C3" w:rsidRDefault="00A60DCE">
            <w:pPr>
              <w:pStyle w:val="FormLabel"/>
            </w:pPr>
            <w:r>
              <w:t>Relationship</w:t>
            </w:r>
          </w:p>
          <w:p w14:paraId="24AE5F27" w14:textId="531D33D8" w:rsidR="009A43C3" w:rsidRDefault="00A60DCE">
            <w:pPr>
              <w:spacing w:after="0"/>
            </w:pPr>
            <w:r>
              <w:rPr>
                <w:color w:val="A9A9A9"/>
                <w:sz w:val="14"/>
              </w:rPr>
              <w:t>__________________________________________</w:t>
            </w:r>
          </w:p>
        </w:tc>
        <w:tc>
          <w:tcPr>
            <w:tcW w:w="2952" w:type="dxa"/>
            <w:shd w:val="clear" w:color="auto" w:fill="F5F7F5"/>
            <w:tcMar>
              <w:top w:w="55" w:type="dxa"/>
              <w:left w:w="70" w:type="dxa"/>
              <w:bottom w:w="50" w:type="dxa"/>
              <w:right w:w="70" w:type="dxa"/>
            </w:tcMar>
          </w:tcPr>
          <w:p w14:paraId="50851ED4" w14:textId="77777777" w:rsidR="009A43C3" w:rsidRDefault="00A60DCE">
            <w:pPr>
              <w:pStyle w:val="FormLabel"/>
            </w:pPr>
            <w:r>
              <w:t>Phone</w:t>
            </w:r>
          </w:p>
          <w:p w14:paraId="1DFC85AE" w14:textId="3B4A1D0C" w:rsidR="009A43C3" w:rsidRDefault="00A60DCE">
            <w:pPr>
              <w:spacing w:after="0"/>
            </w:pPr>
            <w:r>
              <w:rPr>
                <w:color w:val="A9A9A9"/>
                <w:sz w:val="14"/>
              </w:rPr>
              <w:t>___________________________________________</w:t>
            </w:r>
          </w:p>
        </w:tc>
      </w:tr>
      <w:tr w:rsidR="009A43C3" w14:paraId="21B4D14D" w14:textId="77777777">
        <w:trPr>
          <w:jc w:val="center"/>
        </w:trPr>
        <w:tc>
          <w:tcPr>
            <w:tcW w:w="4824" w:type="dxa"/>
            <w:shd w:val="clear" w:color="auto" w:fill="F5F7F5"/>
            <w:tcMar>
              <w:top w:w="55" w:type="dxa"/>
              <w:left w:w="70" w:type="dxa"/>
              <w:bottom w:w="50" w:type="dxa"/>
              <w:right w:w="70" w:type="dxa"/>
            </w:tcMar>
          </w:tcPr>
          <w:p w14:paraId="729A189E" w14:textId="77777777" w:rsidR="009A43C3" w:rsidRDefault="00A60DCE">
            <w:pPr>
              <w:pStyle w:val="FormLabel"/>
            </w:pPr>
            <w:r>
              <w:t>Financial decision maker or agent</w:t>
            </w:r>
          </w:p>
          <w:p w14:paraId="1CAF5E1C" w14:textId="77777777" w:rsidR="009A43C3" w:rsidRDefault="00A60DCE">
            <w:pPr>
              <w:spacing w:after="0"/>
            </w:pPr>
            <w:r>
              <w:rPr>
                <w:color w:val="A9A9A9"/>
                <w:sz w:val="14"/>
              </w:rPr>
              <w:t>________________________________________________________________</w:t>
            </w:r>
          </w:p>
        </w:tc>
        <w:tc>
          <w:tcPr>
            <w:tcW w:w="2880" w:type="dxa"/>
            <w:shd w:val="clear" w:color="auto" w:fill="F5F7F5"/>
            <w:tcMar>
              <w:top w:w="55" w:type="dxa"/>
              <w:left w:w="70" w:type="dxa"/>
              <w:bottom w:w="50" w:type="dxa"/>
              <w:right w:w="70" w:type="dxa"/>
            </w:tcMar>
          </w:tcPr>
          <w:p w14:paraId="0EBA23A1" w14:textId="77777777" w:rsidR="009A43C3" w:rsidRDefault="00A60DCE">
            <w:pPr>
              <w:pStyle w:val="FormLabel"/>
            </w:pPr>
            <w:r>
              <w:t>Relationship</w:t>
            </w:r>
          </w:p>
          <w:p w14:paraId="15F58798" w14:textId="08068CF0" w:rsidR="009A43C3" w:rsidRDefault="00A60DCE">
            <w:pPr>
              <w:spacing w:after="0"/>
            </w:pPr>
            <w:r>
              <w:rPr>
                <w:color w:val="A9A9A9"/>
                <w:sz w:val="14"/>
              </w:rPr>
              <w:t>__________________________________________</w:t>
            </w:r>
          </w:p>
        </w:tc>
        <w:tc>
          <w:tcPr>
            <w:tcW w:w="2952" w:type="dxa"/>
            <w:shd w:val="clear" w:color="auto" w:fill="F5F7F5"/>
            <w:tcMar>
              <w:top w:w="55" w:type="dxa"/>
              <w:left w:w="70" w:type="dxa"/>
              <w:bottom w:w="50" w:type="dxa"/>
              <w:right w:w="70" w:type="dxa"/>
            </w:tcMar>
          </w:tcPr>
          <w:p w14:paraId="075F9D3A" w14:textId="77777777" w:rsidR="009A43C3" w:rsidRDefault="00A60DCE">
            <w:pPr>
              <w:pStyle w:val="FormLabel"/>
            </w:pPr>
            <w:r>
              <w:t>Phone</w:t>
            </w:r>
          </w:p>
          <w:p w14:paraId="7A1F66B9" w14:textId="44EF028B" w:rsidR="009A43C3" w:rsidRDefault="00A60DCE">
            <w:pPr>
              <w:spacing w:after="0"/>
            </w:pPr>
            <w:r>
              <w:rPr>
                <w:color w:val="A9A9A9"/>
                <w:sz w:val="14"/>
              </w:rPr>
              <w:t>___________________________________________</w:t>
            </w:r>
          </w:p>
        </w:tc>
      </w:tr>
    </w:tbl>
    <w:p w14:paraId="30CE47D2" w14:textId="77777777" w:rsidR="009A43C3" w:rsidRDefault="009A43C3">
      <w:pPr>
        <w:spacing w:after="0"/>
      </w:pPr>
    </w:p>
    <w:p w14:paraId="74A61CC0" w14:textId="77777777" w:rsidR="009A43C3" w:rsidRDefault="00A60DCE">
      <w:pPr>
        <w:spacing w:after="80"/>
      </w:pPr>
      <w:r>
        <w:t xml:space="preserve">☐ Financial power of attorney attached   ☐ Healthcare power of attorney attached   ☐ Healthcare directive or living will </w:t>
      </w:r>
      <w:proofErr w:type="gramStart"/>
      <w:r>
        <w:t>attached</w:t>
      </w:r>
      <w:proofErr w:type="gramEnd"/>
      <w:r>
        <w:t xml:space="preserve">   ☐ Guardianship or conservatorship documents attached   ☐ No documents currently in place</w:t>
      </w:r>
    </w:p>
    <w:tbl>
      <w:tblPr>
        <w:tblW w:w="0" w:type="auto"/>
        <w:jc w:val="center"/>
        <w:tblLook w:val="04A0" w:firstRow="1" w:lastRow="0" w:firstColumn="1" w:lastColumn="0" w:noHBand="0" w:noVBand="1"/>
      </w:tblPr>
      <w:tblGrid>
        <w:gridCol w:w="10656"/>
      </w:tblGrid>
      <w:tr w:rsidR="009A43C3" w14:paraId="4901B768" w14:textId="77777777">
        <w:trPr>
          <w:jc w:val="center"/>
        </w:trPr>
        <w:tc>
          <w:tcPr>
            <w:tcW w:w="10656" w:type="dxa"/>
            <w:shd w:val="clear" w:color="auto" w:fill="355246"/>
            <w:tcMar>
              <w:top w:w="55" w:type="dxa"/>
              <w:left w:w="70" w:type="dxa"/>
              <w:bottom w:w="55" w:type="dxa"/>
              <w:right w:w="70" w:type="dxa"/>
            </w:tcMar>
            <w:vAlign w:val="center"/>
          </w:tcPr>
          <w:p w14:paraId="23A9ED4F" w14:textId="77777777" w:rsidR="009A43C3" w:rsidRDefault="00A60DCE">
            <w:pPr>
              <w:keepNext/>
            </w:pPr>
            <w:r>
              <w:rPr>
                <w:b/>
                <w:color w:val="FFFFFF"/>
                <w:sz w:val="20"/>
              </w:rPr>
              <w:lastRenderedPageBreak/>
              <w:t>EMERGENCY CONTACTS</w:t>
            </w:r>
          </w:p>
        </w:tc>
      </w:tr>
    </w:tbl>
    <w:p w14:paraId="61E5E41A" w14:textId="77777777" w:rsidR="009A43C3" w:rsidRDefault="00A60DCE">
      <w:r>
        <w:rPr>
          <w:b/>
          <w:color w:val="355246"/>
          <w:sz w:val="18"/>
        </w:rPr>
        <w:t>Primary emergency contact</w:t>
      </w:r>
    </w:p>
    <w:tbl>
      <w:tblPr>
        <w:tblW w:w="0" w:type="auto"/>
        <w:jc w:val="center"/>
        <w:tblLayout w:type="fixed"/>
        <w:tblLook w:val="04A0" w:firstRow="1" w:lastRow="0" w:firstColumn="1" w:lastColumn="0" w:noHBand="0" w:noVBand="1"/>
      </w:tblPr>
      <w:tblGrid>
        <w:gridCol w:w="3552"/>
        <w:gridCol w:w="3552"/>
        <w:gridCol w:w="3552"/>
      </w:tblGrid>
      <w:tr w:rsidR="009A43C3" w14:paraId="195FB924" w14:textId="77777777">
        <w:trPr>
          <w:jc w:val="center"/>
        </w:trPr>
        <w:tc>
          <w:tcPr>
            <w:tcW w:w="3552" w:type="dxa"/>
            <w:shd w:val="clear" w:color="auto" w:fill="F5F7F5"/>
            <w:tcMar>
              <w:top w:w="55" w:type="dxa"/>
              <w:left w:w="70" w:type="dxa"/>
              <w:bottom w:w="50" w:type="dxa"/>
              <w:right w:w="70" w:type="dxa"/>
            </w:tcMar>
          </w:tcPr>
          <w:p w14:paraId="4B6C92AF" w14:textId="77777777" w:rsidR="009A43C3" w:rsidRDefault="00A60DCE">
            <w:pPr>
              <w:pStyle w:val="FormLabel"/>
            </w:pPr>
            <w:r>
              <w:t>Name</w:t>
            </w:r>
          </w:p>
          <w:p w14:paraId="1F442A3A" w14:textId="6C5D7F82" w:rsidR="009A43C3" w:rsidRDefault="00A60DCE">
            <w:pPr>
              <w:spacing w:after="0"/>
            </w:pPr>
            <w:r>
              <w:rPr>
                <w:color w:val="A9A9A9"/>
                <w:sz w:val="14"/>
              </w:rPr>
              <w:t>____________________________________________________</w:t>
            </w:r>
          </w:p>
        </w:tc>
        <w:tc>
          <w:tcPr>
            <w:tcW w:w="3552" w:type="dxa"/>
            <w:shd w:val="clear" w:color="auto" w:fill="F5F7F5"/>
            <w:tcMar>
              <w:top w:w="55" w:type="dxa"/>
              <w:left w:w="70" w:type="dxa"/>
              <w:bottom w:w="50" w:type="dxa"/>
              <w:right w:w="70" w:type="dxa"/>
            </w:tcMar>
          </w:tcPr>
          <w:p w14:paraId="1514C711" w14:textId="77777777" w:rsidR="009A43C3" w:rsidRDefault="00A60DCE">
            <w:pPr>
              <w:pStyle w:val="FormLabel"/>
            </w:pPr>
            <w:r>
              <w:t>Relationship</w:t>
            </w:r>
          </w:p>
          <w:p w14:paraId="5925A267" w14:textId="6AF5A23A" w:rsidR="009A43C3" w:rsidRDefault="00A60DCE">
            <w:pPr>
              <w:spacing w:after="0"/>
            </w:pPr>
            <w:r>
              <w:rPr>
                <w:color w:val="A9A9A9"/>
                <w:sz w:val="14"/>
              </w:rPr>
              <w:t>____________________________________________________</w:t>
            </w:r>
          </w:p>
        </w:tc>
        <w:tc>
          <w:tcPr>
            <w:tcW w:w="3552" w:type="dxa"/>
            <w:shd w:val="clear" w:color="auto" w:fill="F5F7F5"/>
            <w:tcMar>
              <w:top w:w="55" w:type="dxa"/>
              <w:left w:w="70" w:type="dxa"/>
              <w:bottom w:w="50" w:type="dxa"/>
              <w:right w:w="70" w:type="dxa"/>
            </w:tcMar>
          </w:tcPr>
          <w:p w14:paraId="13D43159" w14:textId="77777777" w:rsidR="009A43C3" w:rsidRDefault="00A60DCE">
            <w:pPr>
              <w:pStyle w:val="FormLabel"/>
            </w:pPr>
            <w:r>
              <w:t>Phone</w:t>
            </w:r>
          </w:p>
          <w:p w14:paraId="4E75D456" w14:textId="62CCEEE5" w:rsidR="009A43C3" w:rsidRDefault="00A60DCE">
            <w:pPr>
              <w:spacing w:after="0"/>
            </w:pPr>
            <w:r>
              <w:rPr>
                <w:color w:val="A9A9A9"/>
                <w:sz w:val="14"/>
              </w:rPr>
              <w:t>____________________________________________________</w:t>
            </w:r>
          </w:p>
        </w:tc>
      </w:tr>
      <w:tr w:rsidR="009A43C3" w14:paraId="4E62E547" w14:textId="77777777" w:rsidTr="00982E12">
        <w:trPr>
          <w:trHeight w:val="665"/>
          <w:jc w:val="center"/>
        </w:trPr>
        <w:tc>
          <w:tcPr>
            <w:tcW w:w="3552" w:type="dxa"/>
            <w:shd w:val="clear" w:color="auto" w:fill="F5F7F5"/>
            <w:tcMar>
              <w:top w:w="55" w:type="dxa"/>
              <w:left w:w="70" w:type="dxa"/>
              <w:bottom w:w="50" w:type="dxa"/>
              <w:right w:w="70" w:type="dxa"/>
            </w:tcMar>
          </w:tcPr>
          <w:p w14:paraId="084E6203" w14:textId="77777777" w:rsidR="009A43C3" w:rsidRDefault="00A60DCE">
            <w:pPr>
              <w:pStyle w:val="FormLabel"/>
            </w:pPr>
            <w:proofErr w:type="gramStart"/>
            <w:r>
              <w:t>Address  Street</w:t>
            </w:r>
            <w:proofErr w:type="gramEnd"/>
            <w:r>
              <w:t xml:space="preserve">  </w:t>
            </w:r>
            <w:proofErr w:type="gramStart"/>
            <w:r>
              <w:t>City  State</w:t>
            </w:r>
            <w:proofErr w:type="gramEnd"/>
            <w:r>
              <w:t xml:space="preserve">  ZIP</w:t>
            </w:r>
          </w:p>
          <w:p w14:paraId="4212CEF4" w14:textId="01DDEA4E" w:rsidR="009A43C3" w:rsidRDefault="00A60DCE">
            <w:pPr>
              <w:spacing w:after="0"/>
            </w:pPr>
            <w:r>
              <w:rPr>
                <w:color w:val="A9A9A9"/>
                <w:sz w:val="14"/>
              </w:rPr>
              <w:t>____________________________________________________</w:t>
            </w:r>
          </w:p>
        </w:tc>
        <w:tc>
          <w:tcPr>
            <w:tcW w:w="3552" w:type="dxa"/>
            <w:shd w:val="clear" w:color="auto" w:fill="F5F7F5"/>
            <w:tcMar>
              <w:top w:w="55" w:type="dxa"/>
              <w:left w:w="70" w:type="dxa"/>
              <w:bottom w:w="50" w:type="dxa"/>
              <w:right w:w="70" w:type="dxa"/>
            </w:tcMar>
          </w:tcPr>
          <w:p w14:paraId="669A3384" w14:textId="77777777" w:rsidR="009A43C3" w:rsidRDefault="00A60DCE">
            <w:pPr>
              <w:pStyle w:val="FormLabel"/>
            </w:pPr>
            <w:r>
              <w:t>Email</w:t>
            </w:r>
          </w:p>
          <w:p w14:paraId="44B736BB" w14:textId="736B3D3C" w:rsidR="009A43C3" w:rsidRDefault="00A60DCE">
            <w:pPr>
              <w:spacing w:after="0"/>
            </w:pPr>
            <w:r>
              <w:rPr>
                <w:color w:val="A9A9A9"/>
                <w:sz w:val="14"/>
              </w:rPr>
              <w:t>____________________________________________________</w:t>
            </w:r>
          </w:p>
        </w:tc>
        <w:tc>
          <w:tcPr>
            <w:tcW w:w="3552" w:type="dxa"/>
            <w:shd w:val="clear" w:color="auto" w:fill="F5F7F5"/>
            <w:tcMar>
              <w:top w:w="55" w:type="dxa"/>
              <w:left w:w="70" w:type="dxa"/>
              <w:bottom w:w="50" w:type="dxa"/>
              <w:right w:w="70" w:type="dxa"/>
            </w:tcMar>
          </w:tcPr>
          <w:p w14:paraId="43BB6D5D" w14:textId="77777777" w:rsidR="009A43C3" w:rsidRDefault="009A43C3">
            <w:pPr>
              <w:pStyle w:val="FormLabel"/>
            </w:pPr>
          </w:p>
          <w:p w14:paraId="085F62ED" w14:textId="0CFD536C" w:rsidR="009A43C3" w:rsidRDefault="009A43C3">
            <w:pPr>
              <w:spacing w:after="0"/>
            </w:pPr>
          </w:p>
        </w:tc>
      </w:tr>
    </w:tbl>
    <w:p w14:paraId="4302C410" w14:textId="77777777" w:rsidR="009A43C3" w:rsidRDefault="009A43C3">
      <w:pPr>
        <w:spacing w:after="0"/>
      </w:pPr>
    </w:p>
    <w:p w14:paraId="5C286989" w14:textId="77777777" w:rsidR="009A43C3" w:rsidRDefault="00A60DCE">
      <w:r>
        <w:rPr>
          <w:b/>
          <w:color w:val="355246"/>
          <w:sz w:val="18"/>
        </w:rPr>
        <w:t>Secondary emergency contact</w:t>
      </w:r>
    </w:p>
    <w:tbl>
      <w:tblPr>
        <w:tblW w:w="0" w:type="auto"/>
        <w:jc w:val="center"/>
        <w:tblLayout w:type="fixed"/>
        <w:tblLook w:val="04A0" w:firstRow="1" w:lastRow="0" w:firstColumn="1" w:lastColumn="0" w:noHBand="0" w:noVBand="1"/>
      </w:tblPr>
      <w:tblGrid>
        <w:gridCol w:w="3552"/>
        <w:gridCol w:w="3552"/>
        <w:gridCol w:w="3552"/>
      </w:tblGrid>
      <w:tr w:rsidR="009A43C3" w14:paraId="657A52B0" w14:textId="77777777">
        <w:trPr>
          <w:jc w:val="center"/>
        </w:trPr>
        <w:tc>
          <w:tcPr>
            <w:tcW w:w="3552" w:type="dxa"/>
            <w:shd w:val="clear" w:color="auto" w:fill="F5F7F5"/>
            <w:tcMar>
              <w:top w:w="55" w:type="dxa"/>
              <w:left w:w="70" w:type="dxa"/>
              <w:bottom w:w="50" w:type="dxa"/>
              <w:right w:w="70" w:type="dxa"/>
            </w:tcMar>
          </w:tcPr>
          <w:p w14:paraId="156590CD" w14:textId="77777777" w:rsidR="009A43C3" w:rsidRDefault="00A60DCE">
            <w:pPr>
              <w:pStyle w:val="FormLabel"/>
            </w:pPr>
            <w:r>
              <w:t>Name</w:t>
            </w:r>
          </w:p>
          <w:p w14:paraId="7470CEC1" w14:textId="24DB0866" w:rsidR="009A43C3" w:rsidRDefault="00A60DCE">
            <w:pPr>
              <w:spacing w:after="0"/>
            </w:pPr>
            <w:r>
              <w:rPr>
                <w:color w:val="A9A9A9"/>
                <w:sz w:val="14"/>
              </w:rPr>
              <w:t>____________________________________________________</w:t>
            </w:r>
          </w:p>
        </w:tc>
        <w:tc>
          <w:tcPr>
            <w:tcW w:w="3552" w:type="dxa"/>
            <w:shd w:val="clear" w:color="auto" w:fill="F5F7F5"/>
            <w:tcMar>
              <w:top w:w="55" w:type="dxa"/>
              <w:left w:w="70" w:type="dxa"/>
              <w:bottom w:w="50" w:type="dxa"/>
              <w:right w:w="70" w:type="dxa"/>
            </w:tcMar>
          </w:tcPr>
          <w:p w14:paraId="26B8AA7E" w14:textId="77777777" w:rsidR="009A43C3" w:rsidRDefault="00A60DCE">
            <w:pPr>
              <w:pStyle w:val="FormLabel"/>
            </w:pPr>
            <w:r>
              <w:t>Relationship</w:t>
            </w:r>
          </w:p>
          <w:p w14:paraId="1571584D" w14:textId="610374EA" w:rsidR="009A43C3" w:rsidRDefault="00A60DCE">
            <w:pPr>
              <w:spacing w:after="0"/>
            </w:pPr>
            <w:r>
              <w:rPr>
                <w:color w:val="A9A9A9"/>
                <w:sz w:val="14"/>
              </w:rPr>
              <w:t>____________________________________________________</w:t>
            </w:r>
          </w:p>
        </w:tc>
        <w:tc>
          <w:tcPr>
            <w:tcW w:w="3552" w:type="dxa"/>
            <w:shd w:val="clear" w:color="auto" w:fill="F5F7F5"/>
            <w:tcMar>
              <w:top w:w="55" w:type="dxa"/>
              <w:left w:w="70" w:type="dxa"/>
              <w:bottom w:w="50" w:type="dxa"/>
              <w:right w:w="70" w:type="dxa"/>
            </w:tcMar>
          </w:tcPr>
          <w:p w14:paraId="3855421D" w14:textId="77777777" w:rsidR="009A43C3" w:rsidRDefault="00A60DCE">
            <w:pPr>
              <w:pStyle w:val="FormLabel"/>
            </w:pPr>
            <w:r>
              <w:t>Phone</w:t>
            </w:r>
          </w:p>
          <w:p w14:paraId="39D61898" w14:textId="69258F9D" w:rsidR="009A43C3" w:rsidRDefault="00A60DCE">
            <w:pPr>
              <w:spacing w:after="0"/>
            </w:pPr>
            <w:r>
              <w:rPr>
                <w:color w:val="A9A9A9"/>
                <w:sz w:val="14"/>
              </w:rPr>
              <w:t>____________________________________________________</w:t>
            </w:r>
          </w:p>
        </w:tc>
      </w:tr>
      <w:tr w:rsidR="009A43C3" w14:paraId="740D0273" w14:textId="77777777">
        <w:trPr>
          <w:jc w:val="center"/>
        </w:trPr>
        <w:tc>
          <w:tcPr>
            <w:tcW w:w="3552" w:type="dxa"/>
            <w:shd w:val="clear" w:color="auto" w:fill="F5F7F5"/>
            <w:tcMar>
              <w:top w:w="55" w:type="dxa"/>
              <w:left w:w="70" w:type="dxa"/>
              <w:bottom w:w="50" w:type="dxa"/>
              <w:right w:w="70" w:type="dxa"/>
            </w:tcMar>
          </w:tcPr>
          <w:p w14:paraId="20C3111E" w14:textId="77777777" w:rsidR="009A43C3" w:rsidRDefault="00A60DCE">
            <w:pPr>
              <w:pStyle w:val="FormLabel"/>
            </w:pPr>
            <w:proofErr w:type="gramStart"/>
            <w:r>
              <w:t>Address  Street</w:t>
            </w:r>
            <w:proofErr w:type="gramEnd"/>
            <w:r>
              <w:t xml:space="preserve">  </w:t>
            </w:r>
            <w:proofErr w:type="gramStart"/>
            <w:r>
              <w:t>City  State</w:t>
            </w:r>
            <w:proofErr w:type="gramEnd"/>
            <w:r>
              <w:t xml:space="preserve">  ZIP</w:t>
            </w:r>
          </w:p>
          <w:p w14:paraId="767463F1" w14:textId="61CA3188" w:rsidR="009A43C3" w:rsidRDefault="00A60DCE">
            <w:pPr>
              <w:spacing w:after="0"/>
            </w:pPr>
            <w:r>
              <w:rPr>
                <w:color w:val="A9A9A9"/>
                <w:sz w:val="14"/>
              </w:rPr>
              <w:t>____________________________________________________</w:t>
            </w:r>
          </w:p>
        </w:tc>
        <w:tc>
          <w:tcPr>
            <w:tcW w:w="3552" w:type="dxa"/>
            <w:shd w:val="clear" w:color="auto" w:fill="F5F7F5"/>
            <w:tcMar>
              <w:top w:w="55" w:type="dxa"/>
              <w:left w:w="70" w:type="dxa"/>
              <w:bottom w:w="50" w:type="dxa"/>
              <w:right w:w="70" w:type="dxa"/>
            </w:tcMar>
          </w:tcPr>
          <w:p w14:paraId="6A2B0FA8" w14:textId="77777777" w:rsidR="009A43C3" w:rsidRDefault="00A60DCE">
            <w:pPr>
              <w:pStyle w:val="FormLabel"/>
            </w:pPr>
            <w:r>
              <w:t>Email</w:t>
            </w:r>
          </w:p>
          <w:p w14:paraId="11048AA8" w14:textId="41C0A3E0" w:rsidR="009A43C3" w:rsidRDefault="00A60DCE">
            <w:pPr>
              <w:spacing w:after="0"/>
            </w:pPr>
            <w:r>
              <w:rPr>
                <w:color w:val="A9A9A9"/>
                <w:sz w:val="14"/>
              </w:rPr>
              <w:t>____________________________________________________</w:t>
            </w:r>
          </w:p>
        </w:tc>
        <w:tc>
          <w:tcPr>
            <w:tcW w:w="3552" w:type="dxa"/>
            <w:shd w:val="clear" w:color="auto" w:fill="F5F7F5"/>
            <w:tcMar>
              <w:top w:w="55" w:type="dxa"/>
              <w:left w:w="70" w:type="dxa"/>
              <w:bottom w:w="50" w:type="dxa"/>
              <w:right w:w="70" w:type="dxa"/>
            </w:tcMar>
          </w:tcPr>
          <w:p w14:paraId="764814B6" w14:textId="77777777" w:rsidR="009A43C3" w:rsidRDefault="009A43C3">
            <w:pPr>
              <w:pStyle w:val="FormLabel"/>
            </w:pPr>
          </w:p>
          <w:p w14:paraId="464F8779" w14:textId="2492850F" w:rsidR="009A43C3" w:rsidRDefault="00A60DCE">
            <w:pPr>
              <w:spacing w:after="0"/>
            </w:pPr>
            <w:r>
              <w:rPr>
                <w:color w:val="A9A9A9"/>
                <w:sz w:val="14"/>
              </w:rPr>
              <w:t>____________________________________________________</w:t>
            </w:r>
          </w:p>
        </w:tc>
      </w:tr>
    </w:tbl>
    <w:p w14:paraId="3223D949" w14:textId="77777777" w:rsidR="009A43C3" w:rsidRDefault="009A43C3">
      <w:pPr>
        <w:spacing w:after="0"/>
      </w:pPr>
    </w:p>
    <w:tbl>
      <w:tblPr>
        <w:tblW w:w="0" w:type="auto"/>
        <w:jc w:val="center"/>
        <w:tblLook w:val="04A0" w:firstRow="1" w:lastRow="0" w:firstColumn="1" w:lastColumn="0" w:noHBand="0" w:noVBand="1"/>
      </w:tblPr>
      <w:tblGrid>
        <w:gridCol w:w="10656"/>
      </w:tblGrid>
      <w:tr w:rsidR="009A43C3" w14:paraId="329791D3" w14:textId="77777777">
        <w:trPr>
          <w:jc w:val="center"/>
        </w:trPr>
        <w:tc>
          <w:tcPr>
            <w:tcW w:w="10656" w:type="dxa"/>
            <w:shd w:val="clear" w:color="auto" w:fill="355246"/>
            <w:tcMar>
              <w:top w:w="55" w:type="dxa"/>
              <w:left w:w="70" w:type="dxa"/>
              <w:bottom w:w="55" w:type="dxa"/>
              <w:right w:w="70" w:type="dxa"/>
            </w:tcMar>
            <w:vAlign w:val="center"/>
          </w:tcPr>
          <w:p w14:paraId="24538164" w14:textId="77777777" w:rsidR="009A43C3" w:rsidRDefault="00A60DCE">
            <w:pPr>
              <w:keepNext/>
            </w:pPr>
            <w:r>
              <w:rPr>
                <w:b/>
                <w:color w:val="FFFFFF"/>
                <w:sz w:val="20"/>
              </w:rPr>
              <w:t>BILLING CONTACT</w:t>
            </w:r>
          </w:p>
        </w:tc>
      </w:tr>
    </w:tbl>
    <w:tbl>
      <w:tblPr>
        <w:tblW w:w="0" w:type="auto"/>
        <w:jc w:val="center"/>
        <w:tblLayout w:type="fixed"/>
        <w:tblLook w:val="04A0" w:firstRow="1" w:lastRow="0" w:firstColumn="1" w:lastColumn="0" w:noHBand="0" w:noVBand="1"/>
      </w:tblPr>
      <w:tblGrid>
        <w:gridCol w:w="3552"/>
        <w:gridCol w:w="3552"/>
        <w:gridCol w:w="3552"/>
      </w:tblGrid>
      <w:tr w:rsidR="009A43C3" w14:paraId="4EEF6E19" w14:textId="77777777">
        <w:trPr>
          <w:jc w:val="center"/>
        </w:trPr>
        <w:tc>
          <w:tcPr>
            <w:tcW w:w="3552" w:type="dxa"/>
            <w:shd w:val="clear" w:color="auto" w:fill="F5F7F5"/>
            <w:tcMar>
              <w:top w:w="55" w:type="dxa"/>
              <w:left w:w="70" w:type="dxa"/>
              <w:bottom w:w="50" w:type="dxa"/>
              <w:right w:w="70" w:type="dxa"/>
            </w:tcMar>
          </w:tcPr>
          <w:p w14:paraId="7BC223D7" w14:textId="77777777" w:rsidR="009A43C3" w:rsidRDefault="00A60DCE">
            <w:pPr>
              <w:pStyle w:val="FormLabel"/>
            </w:pPr>
            <w:r>
              <w:t>Name</w:t>
            </w:r>
          </w:p>
          <w:p w14:paraId="61E5E74A" w14:textId="44398C81" w:rsidR="009A43C3" w:rsidRDefault="00A60DCE">
            <w:pPr>
              <w:spacing w:after="0"/>
            </w:pPr>
            <w:r>
              <w:rPr>
                <w:color w:val="A9A9A9"/>
                <w:sz w:val="14"/>
              </w:rPr>
              <w:t>____________________________________________________</w:t>
            </w:r>
          </w:p>
        </w:tc>
        <w:tc>
          <w:tcPr>
            <w:tcW w:w="3552" w:type="dxa"/>
            <w:shd w:val="clear" w:color="auto" w:fill="F5F7F5"/>
            <w:tcMar>
              <w:top w:w="55" w:type="dxa"/>
              <w:left w:w="70" w:type="dxa"/>
              <w:bottom w:w="50" w:type="dxa"/>
              <w:right w:w="70" w:type="dxa"/>
            </w:tcMar>
          </w:tcPr>
          <w:p w14:paraId="4BE6E935" w14:textId="77777777" w:rsidR="009A43C3" w:rsidRDefault="00A60DCE">
            <w:pPr>
              <w:pStyle w:val="FormLabel"/>
            </w:pPr>
            <w:r>
              <w:t>Relationship</w:t>
            </w:r>
          </w:p>
          <w:p w14:paraId="748D8299" w14:textId="0792A295" w:rsidR="009A43C3" w:rsidRDefault="00A60DCE">
            <w:pPr>
              <w:spacing w:after="0"/>
            </w:pPr>
            <w:r>
              <w:rPr>
                <w:color w:val="A9A9A9"/>
                <w:sz w:val="14"/>
              </w:rPr>
              <w:t>____________________________________________________</w:t>
            </w:r>
          </w:p>
        </w:tc>
        <w:tc>
          <w:tcPr>
            <w:tcW w:w="3552" w:type="dxa"/>
            <w:shd w:val="clear" w:color="auto" w:fill="F5F7F5"/>
            <w:tcMar>
              <w:top w:w="55" w:type="dxa"/>
              <w:left w:w="70" w:type="dxa"/>
              <w:bottom w:w="50" w:type="dxa"/>
              <w:right w:w="70" w:type="dxa"/>
            </w:tcMar>
          </w:tcPr>
          <w:p w14:paraId="73D81A72" w14:textId="77777777" w:rsidR="009A43C3" w:rsidRDefault="00A60DCE">
            <w:pPr>
              <w:pStyle w:val="FormLabel"/>
            </w:pPr>
            <w:r>
              <w:t>Phone</w:t>
            </w:r>
          </w:p>
          <w:p w14:paraId="447B72C9" w14:textId="138244B5" w:rsidR="009A43C3" w:rsidRDefault="00A60DCE">
            <w:pPr>
              <w:spacing w:after="0"/>
            </w:pPr>
            <w:r>
              <w:rPr>
                <w:color w:val="A9A9A9"/>
                <w:sz w:val="14"/>
              </w:rPr>
              <w:t>____________________________________________________</w:t>
            </w:r>
          </w:p>
        </w:tc>
      </w:tr>
      <w:tr w:rsidR="009A43C3" w14:paraId="58447FEB" w14:textId="77777777" w:rsidTr="00982E12">
        <w:trPr>
          <w:trHeight w:val="638"/>
          <w:jc w:val="center"/>
        </w:trPr>
        <w:tc>
          <w:tcPr>
            <w:tcW w:w="3552" w:type="dxa"/>
            <w:shd w:val="clear" w:color="auto" w:fill="F5F7F5"/>
            <w:tcMar>
              <w:top w:w="55" w:type="dxa"/>
              <w:left w:w="70" w:type="dxa"/>
              <w:bottom w:w="50" w:type="dxa"/>
              <w:right w:w="70" w:type="dxa"/>
            </w:tcMar>
          </w:tcPr>
          <w:p w14:paraId="525F9032" w14:textId="77777777" w:rsidR="009A43C3" w:rsidRDefault="00A60DCE">
            <w:pPr>
              <w:pStyle w:val="FormLabel"/>
            </w:pPr>
            <w:r>
              <w:t xml:space="preserve">Mailing </w:t>
            </w:r>
            <w:proofErr w:type="gramStart"/>
            <w:r>
              <w:t>address  Street</w:t>
            </w:r>
            <w:proofErr w:type="gramEnd"/>
            <w:r>
              <w:t xml:space="preserve">  </w:t>
            </w:r>
            <w:proofErr w:type="gramStart"/>
            <w:r>
              <w:t>City  State</w:t>
            </w:r>
            <w:proofErr w:type="gramEnd"/>
            <w:r>
              <w:t xml:space="preserve">  ZIP</w:t>
            </w:r>
          </w:p>
          <w:p w14:paraId="372BA335" w14:textId="1CDB214C" w:rsidR="009A43C3" w:rsidRDefault="00A60DCE">
            <w:pPr>
              <w:spacing w:after="0"/>
            </w:pPr>
            <w:r>
              <w:rPr>
                <w:color w:val="A9A9A9"/>
                <w:sz w:val="14"/>
              </w:rPr>
              <w:t>____________________________________________________</w:t>
            </w:r>
          </w:p>
        </w:tc>
        <w:tc>
          <w:tcPr>
            <w:tcW w:w="3552" w:type="dxa"/>
            <w:shd w:val="clear" w:color="auto" w:fill="F5F7F5"/>
            <w:tcMar>
              <w:top w:w="55" w:type="dxa"/>
              <w:left w:w="70" w:type="dxa"/>
              <w:bottom w:w="50" w:type="dxa"/>
              <w:right w:w="70" w:type="dxa"/>
            </w:tcMar>
          </w:tcPr>
          <w:p w14:paraId="20210850" w14:textId="77777777" w:rsidR="009A43C3" w:rsidRDefault="00A60DCE">
            <w:pPr>
              <w:pStyle w:val="FormLabel"/>
            </w:pPr>
            <w:r>
              <w:t>Email</w:t>
            </w:r>
          </w:p>
          <w:p w14:paraId="2E48B9A8" w14:textId="05941C8E" w:rsidR="009A43C3" w:rsidRDefault="00A60DCE">
            <w:pPr>
              <w:spacing w:after="0"/>
            </w:pPr>
            <w:r>
              <w:rPr>
                <w:color w:val="A9A9A9"/>
                <w:sz w:val="14"/>
              </w:rPr>
              <w:t>__________________________________________________</w:t>
            </w:r>
          </w:p>
        </w:tc>
        <w:tc>
          <w:tcPr>
            <w:tcW w:w="3552" w:type="dxa"/>
            <w:shd w:val="clear" w:color="auto" w:fill="F5F7F5"/>
            <w:tcMar>
              <w:top w:w="55" w:type="dxa"/>
              <w:left w:w="70" w:type="dxa"/>
              <w:bottom w:w="50" w:type="dxa"/>
              <w:right w:w="70" w:type="dxa"/>
            </w:tcMar>
          </w:tcPr>
          <w:p w14:paraId="37073EA5" w14:textId="77777777" w:rsidR="009A43C3" w:rsidRDefault="009A43C3">
            <w:pPr>
              <w:pStyle w:val="FormLabel"/>
            </w:pPr>
          </w:p>
          <w:p w14:paraId="2BFB06E6" w14:textId="548528FD" w:rsidR="009A43C3" w:rsidRDefault="009A43C3">
            <w:pPr>
              <w:spacing w:after="0"/>
            </w:pPr>
          </w:p>
        </w:tc>
      </w:tr>
    </w:tbl>
    <w:p w14:paraId="56EC3675" w14:textId="77777777" w:rsidR="009A43C3" w:rsidRDefault="009A43C3">
      <w:pPr>
        <w:spacing w:after="0"/>
      </w:pPr>
    </w:p>
    <w:tbl>
      <w:tblPr>
        <w:tblW w:w="0" w:type="auto"/>
        <w:jc w:val="center"/>
        <w:tblLook w:val="04A0" w:firstRow="1" w:lastRow="0" w:firstColumn="1" w:lastColumn="0" w:noHBand="0" w:noVBand="1"/>
      </w:tblPr>
      <w:tblGrid>
        <w:gridCol w:w="10656"/>
      </w:tblGrid>
      <w:tr w:rsidR="009A43C3" w14:paraId="665FD1FD" w14:textId="77777777">
        <w:trPr>
          <w:jc w:val="center"/>
        </w:trPr>
        <w:tc>
          <w:tcPr>
            <w:tcW w:w="10656" w:type="dxa"/>
            <w:shd w:val="clear" w:color="auto" w:fill="355246"/>
            <w:tcMar>
              <w:top w:w="55" w:type="dxa"/>
              <w:left w:w="70" w:type="dxa"/>
              <w:bottom w:w="55" w:type="dxa"/>
              <w:right w:w="70" w:type="dxa"/>
            </w:tcMar>
            <w:vAlign w:val="center"/>
          </w:tcPr>
          <w:p w14:paraId="3EF20969" w14:textId="77777777" w:rsidR="009A43C3" w:rsidRDefault="00A60DCE">
            <w:pPr>
              <w:keepNext/>
            </w:pPr>
            <w:r>
              <w:rPr>
                <w:b/>
                <w:color w:val="FFFFFF"/>
                <w:sz w:val="20"/>
              </w:rPr>
              <w:t>FUNERAL HOME PREFERENCE</w:t>
            </w:r>
          </w:p>
        </w:tc>
      </w:tr>
    </w:tbl>
    <w:tbl>
      <w:tblPr>
        <w:tblW w:w="0" w:type="auto"/>
        <w:jc w:val="center"/>
        <w:tblLayout w:type="fixed"/>
        <w:tblLook w:val="04A0" w:firstRow="1" w:lastRow="0" w:firstColumn="1" w:lastColumn="0" w:noHBand="0" w:noVBand="1"/>
      </w:tblPr>
      <w:tblGrid>
        <w:gridCol w:w="7200"/>
        <w:gridCol w:w="3456"/>
      </w:tblGrid>
      <w:tr w:rsidR="009A43C3" w14:paraId="6C43639A" w14:textId="77777777">
        <w:trPr>
          <w:jc w:val="center"/>
        </w:trPr>
        <w:tc>
          <w:tcPr>
            <w:tcW w:w="7200" w:type="dxa"/>
            <w:shd w:val="clear" w:color="auto" w:fill="F5F7F5"/>
            <w:tcMar>
              <w:top w:w="55" w:type="dxa"/>
              <w:left w:w="70" w:type="dxa"/>
              <w:bottom w:w="50" w:type="dxa"/>
              <w:right w:w="70" w:type="dxa"/>
            </w:tcMar>
          </w:tcPr>
          <w:p w14:paraId="0507D6BE" w14:textId="77777777" w:rsidR="009A43C3" w:rsidRDefault="00A60DCE">
            <w:pPr>
              <w:pStyle w:val="FormLabel"/>
            </w:pPr>
            <w:r>
              <w:t>Funeral home and city</w:t>
            </w:r>
          </w:p>
          <w:p w14:paraId="18C5E5DB" w14:textId="77777777" w:rsidR="009A43C3" w:rsidRDefault="00A60DCE">
            <w:pPr>
              <w:spacing w:after="0"/>
            </w:pPr>
            <w:r>
              <w:rPr>
                <w:color w:val="A9A9A9"/>
                <w:sz w:val="14"/>
              </w:rPr>
              <w:t>________________________________________________________________</w:t>
            </w:r>
          </w:p>
        </w:tc>
        <w:tc>
          <w:tcPr>
            <w:tcW w:w="3456" w:type="dxa"/>
            <w:shd w:val="clear" w:color="auto" w:fill="F5F7F5"/>
            <w:tcMar>
              <w:top w:w="55" w:type="dxa"/>
              <w:left w:w="70" w:type="dxa"/>
              <w:bottom w:w="50" w:type="dxa"/>
              <w:right w:w="70" w:type="dxa"/>
            </w:tcMar>
          </w:tcPr>
          <w:p w14:paraId="7B0FCA30" w14:textId="77777777" w:rsidR="009A43C3" w:rsidRDefault="00A60DCE">
            <w:pPr>
              <w:pStyle w:val="FormLabel"/>
            </w:pPr>
            <w:r>
              <w:t>Phone</w:t>
            </w:r>
          </w:p>
          <w:p w14:paraId="27CC8628" w14:textId="3C21434A" w:rsidR="009A43C3" w:rsidRDefault="00A60DCE">
            <w:pPr>
              <w:spacing w:after="0"/>
            </w:pPr>
            <w:r>
              <w:rPr>
                <w:color w:val="A9A9A9"/>
                <w:sz w:val="14"/>
              </w:rPr>
              <w:t>___________________________________________________</w:t>
            </w:r>
          </w:p>
        </w:tc>
      </w:tr>
      <w:tr w:rsidR="009A43C3" w14:paraId="5DA7C49B" w14:textId="77777777">
        <w:trPr>
          <w:jc w:val="center"/>
        </w:trPr>
        <w:tc>
          <w:tcPr>
            <w:tcW w:w="7200" w:type="dxa"/>
            <w:shd w:val="clear" w:color="auto" w:fill="F5F7F5"/>
            <w:tcMar>
              <w:top w:w="55" w:type="dxa"/>
              <w:left w:w="70" w:type="dxa"/>
              <w:bottom w:w="50" w:type="dxa"/>
              <w:right w:w="70" w:type="dxa"/>
            </w:tcMar>
          </w:tcPr>
          <w:p w14:paraId="7050F830" w14:textId="77777777" w:rsidR="009A43C3" w:rsidRDefault="00A60DCE">
            <w:pPr>
              <w:pStyle w:val="FormLabel"/>
            </w:pPr>
            <w:r>
              <w:t>Prepaid burial</w:t>
            </w:r>
          </w:p>
          <w:p w14:paraId="6D4E4358" w14:textId="77777777" w:rsidR="009A43C3" w:rsidRDefault="00A60DCE">
            <w:pPr>
              <w:spacing w:after="0"/>
            </w:pPr>
            <w:r>
              <w:rPr>
                <w:color w:val="A9A9A9"/>
                <w:sz w:val="14"/>
              </w:rPr>
              <w:t>________________________________________________________________</w:t>
            </w:r>
          </w:p>
        </w:tc>
        <w:tc>
          <w:tcPr>
            <w:tcW w:w="3456" w:type="dxa"/>
            <w:shd w:val="clear" w:color="auto" w:fill="F5F7F5"/>
            <w:tcMar>
              <w:top w:w="55" w:type="dxa"/>
              <w:left w:w="70" w:type="dxa"/>
              <w:bottom w:w="50" w:type="dxa"/>
              <w:right w:w="70" w:type="dxa"/>
            </w:tcMar>
          </w:tcPr>
          <w:p w14:paraId="6E7A7530" w14:textId="77777777" w:rsidR="009A43C3" w:rsidRDefault="00A60DCE">
            <w:pPr>
              <w:pStyle w:val="FormLabel"/>
            </w:pPr>
            <w:r>
              <w:t>Amount or policy information</w:t>
            </w:r>
          </w:p>
          <w:p w14:paraId="6AEE93C4" w14:textId="241D16FF" w:rsidR="009A43C3" w:rsidRDefault="00A60DCE">
            <w:pPr>
              <w:spacing w:after="0"/>
            </w:pPr>
            <w:r>
              <w:rPr>
                <w:color w:val="A9A9A9"/>
                <w:sz w:val="14"/>
              </w:rPr>
              <w:t>___________________________________________________</w:t>
            </w:r>
          </w:p>
        </w:tc>
      </w:tr>
    </w:tbl>
    <w:p w14:paraId="082E58A3" w14:textId="77777777" w:rsidR="009A43C3" w:rsidRDefault="009A43C3">
      <w:pPr>
        <w:spacing w:after="0"/>
      </w:pPr>
    </w:p>
    <w:p w14:paraId="750B0F06" w14:textId="77777777" w:rsidR="009A43C3" w:rsidRDefault="00A60DCE">
      <w:pPr>
        <w:spacing w:after="80"/>
      </w:pPr>
      <w:r>
        <w:t>☐ Yes   ☐ No   ☐ Unknown</w:t>
      </w:r>
    </w:p>
    <w:tbl>
      <w:tblPr>
        <w:tblW w:w="0" w:type="auto"/>
        <w:jc w:val="center"/>
        <w:tblLook w:val="04A0" w:firstRow="1" w:lastRow="0" w:firstColumn="1" w:lastColumn="0" w:noHBand="0" w:noVBand="1"/>
      </w:tblPr>
      <w:tblGrid>
        <w:gridCol w:w="10656"/>
      </w:tblGrid>
      <w:tr w:rsidR="009A43C3" w14:paraId="3C594107" w14:textId="77777777">
        <w:trPr>
          <w:jc w:val="center"/>
        </w:trPr>
        <w:tc>
          <w:tcPr>
            <w:tcW w:w="10656" w:type="dxa"/>
            <w:shd w:val="clear" w:color="auto" w:fill="355246"/>
            <w:tcMar>
              <w:top w:w="55" w:type="dxa"/>
              <w:left w:w="70" w:type="dxa"/>
              <w:bottom w:w="55" w:type="dxa"/>
              <w:right w:w="70" w:type="dxa"/>
            </w:tcMar>
            <w:vAlign w:val="center"/>
          </w:tcPr>
          <w:p w14:paraId="444C40A8" w14:textId="77777777" w:rsidR="009A43C3" w:rsidRDefault="00A60DCE">
            <w:pPr>
              <w:keepNext/>
            </w:pPr>
            <w:r>
              <w:rPr>
                <w:b/>
                <w:color w:val="FFFFFF"/>
                <w:sz w:val="20"/>
              </w:rPr>
              <w:t>CURRENT RESIDENCE AND PRIOR CARE</w:t>
            </w:r>
          </w:p>
        </w:tc>
      </w:tr>
    </w:tbl>
    <w:tbl>
      <w:tblPr>
        <w:tblW w:w="0" w:type="auto"/>
        <w:jc w:val="center"/>
        <w:tblLayout w:type="fixed"/>
        <w:tblLook w:val="04A0" w:firstRow="1" w:lastRow="0" w:firstColumn="1" w:lastColumn="0" w:noHBand="0" w:noVBand="1"/>
      </w:tblPr>
      <w:tblGrid>
        <w:gridCol w:w="6912"/>
        <w:gridCol w:w="3744"/>
      </w:tblGrid>
      <w:tr w:rsidR="009A43C3" w14:paraId="0777F2C1" w14:textId="77777777">
        <w:trPr>
          <w:jc w:val="center"/>
        </w:trPr>
        <w:tc>
          <w:tcPr>
            <w:tcW w:w="6912" w:type="dxa"/>
            <w:shd w:val="clear" w:color="auto" w:fill="F5F7F5"/>
            <w:tcMar>
              <w:top w:w="55" w:type="dxa"/>
              <w:left w:w="70" w:type="dxa"/>
              <w:bottom w:w="50" w:type="dxa"/>
              <w:right w:w="70" w:type="dxa"/>
            </w:tcMar>
          </w:tcPr>
          <w:p w14:paraId="472074C5" w14:textId="77777777" w:rsidR="009A43C3" w:rsidRDefault="00A60DCE">
            <w:pPr>
              <w:pStyle w:val="FormLabel"/>
            </w:pPr>
            <w:r>
              <w:t xml:space="preserve">Current </w:t>
            </w:r>
            <w:proofErr w:type="gramStart"/>
            <w:r>
              <w:t>residence  Home</w:t>
            </w:r>
            <w:proofErr w:type="gramEnd"/>
            <w:r>
              <w:t xml:space="preserve">  </w:t>
            </w:r>
            <w:proofErr w:type="gramStart"/>
            <w:r>
              <w:t>Hospital  Assisted</w:t>
            </w:r>
            <w:proofErr w:type="gramEnd"/>
            <w:r>
              <w:t xml:space="preserve"> </w:t>
            </w:r>
            <w:proofErr w:type="gramStart"/>
            <w:r>
              <w:t>living  Nursing</w:t>
            </w:r>
            <w:proofErr w:type="gramEnd"/>
            <w:r>
              <w:t xml:space="preserve"> </w:t>
            </w:r>
            <w:proofErr w:type="gramStart"/>
            <w:r>
              <w:t>facility  Other</w:t>
            </w:r>
            <w:proofErr w:type="gramEnd"/>
          </w:p>
          <w:p w14:paraId="432C917E" w14:textId="77777777" w:rsidR="009A43C3" w:rsidRDefault="00A60DCE">
            <w:pPr>
              <w:spacing w:after="0"/>
            </w:pPr>
            <w:r>
              <w:rPr>
                <w:color w:val="A9A9A9"/>
                <w:sz w:val="14"/>
              </w:rPr>
              <w:t>________________________________________________________________</w:t>
            </w:r>
          </w:p>
        </w:tc>
        <w:tc>
          <w:tcPr>
            <w:tcW w:w="3744" w:type="dxa"/>
            <w:shd w:val="clear" w:color="auto" w:fill="F5F7F5"/>
            <w:tcMar>
              <w:top w:w="55" w:type="dxa"/>
              <w:left w:w="70" w:type="dxa"/>
              <w:bottom w:w="50" w:type="dxa"/>
              <w:right w:w="70" w:type="dxa"/>
            </w:tcMar>
          </w:tcPr>
          <w:p w14:paraId="1FD66624" w14:textId="77777777" w:rsidR="009A43C3" w:rsidRDefault="00A60DCE">
            <w:pPr>
              <w:pStyle w:val="FormLabel"/>
            </w:pPr>
            <w:r>
              <w:t>Current residence name if applicable</w:t>
            </w:r>
          </w:p>
          <w:p w14:paraId="7F1944F9" w14:textId="4971B16E" w:rsidR="009A43C3" w:rsidRDefault="00A60DCE">
            <w:pPr>
              <w:spacing w:after="0"/>
            </w:pPr>
            <w:r>
              <w:rPr>
                <w:color w:val="A9A9A9"/>
                <w:sz w:val="14"/>
              </w:rPr>
              <w:t>_______________________________________________________</w:t>
            </w:r>
          </w:p>
        </w:tc>
      </w:tr>
      <w:tr w:rsidR="009A43C3" w14:paraId="6749EAD2" w14:textId="77777777">
        <w:trPr>
          <w:jc w:val="center"/>
        </w:trPr>
        <w:tc>
          <w:tcPr>
            <w:tcW w:w="6912" w:type="dxa"/>
            <w:shd w:val="clear" w:color="auto" w:fill="F5F7F5"/>
            <w:tcMar>
              <w:top w:w="55" w:type="dxa"/>
              <w:left w:w="70" w:type="dxa"/>
              <w:bottom w:w="50" w:type="dxa"/>
              <w:right w:w="70" w:type="dxa"/>
            </w:tcMar>
          </w:tcPr>
          <w:p w14:paraId="1FA897FA" w14:textId="77777777" w:rsidR="009A43C3" w:rsidRDefault="00A60DCE">
            <w:pPr>
              <w:pStyle w:val="FormLabel"/>
            </w:pPr>
            <w:r>
              <w:t xml:space="preserve">Current residence </w:t>
            </w:r>
            <w:proofErr w:type="gramStart"/>
            <w:r>
              <w:t>address  Street</w:t>
            </w:r>
            <w:proofErr w:type="gramEnd"/>
            <w:r>
              <w:t xml:space="preserve">  </w:t>
            </w:r>
            <w:proofErr w:type="gramStart"/>
            <w:r>
              <w:t>City  State</w:t>
            </w:r>
            <w:proofErr w:type="gramEnd"/>
            <w:r>
              <w:t xml:space="preserve">  ZIP</w:t>
            </w:r>
          </w:p>
          <w:p w14:paraId="21DB1EB3" w14:textId="77777777" w:rsidR="009A43C3" w:rsidRDefault="00A60DCE">
            <w:pPr>
              <w:spacing w:after="0"/>
            </w:pPr>
            <w:r>
              <w:rPr>
                <w:color w:val="A9A9A9"/>
                <w:sz w:val="14"/>
              </w:rPr>
              <w:t>________________________________________________________________</w:t>
            </w:r>
          </w:p>
        </w:tc>
        <w:tc>
          <w:tcPr>
            <w:tcW w:w="3744" w:type="dxa"/>
            <w:shd w:val="clear" w:color="auto" w:fill="F5F7F5"/>
            <w:tcMar>
              <w:top w:w="55" w:type="dxa"/>
              <w:left w:w="70" w:type="dxa"/>
              <w:bottom w:w="50" w:type="dxa"/>
              <w:right w:w="70" w:type="dxa"/>
            </w:tcMar>
          </w:tcPr>
          <w:p w14:paraId="6E357A70" w14:textId="77777777" w:rsidR="009A43C3" w:rsidRDefault="00A60DCE">
            <w:pPr>
              <w:pStyle w:val="FormLabel"/>
            </w:pPr>
            <w:r>
              <w:t xml:space="preserve">How long </w:t>
            </w:r>
            <w:proofErr w:type="gramStart"/>
            <w:r>
              <w:t>at</w:t>
            </w:r>
            <w:proofErr w:type="gramEnd"/>
            <w:r>
              <w:t xml:space="preserve"> current residence</w:t>
            </w:r>
          </w:p>
          <w:p w14:paraId="14A70A7C" w14:textId="7A5C4D61" w:rsidR="009A43C3" w:rsidRDefault="00A60DCE">
            <w:pPr>
              <w:spacing w:after="0"/>
            </w:pPr>
            <w:r>
              <w:rPr>
                <w:color w:val="A9A9A9"/>
                <w:sz w:val="14"/>
              </w:rPr>
              <w:t>_______________________________________________________</w:t>
            </w:r>
          </w:p>
        </w:tc>
      </w:tr>
    </w:tbl>
    <w:p w14:paraId="19C267D6" w14:textId="77777777" w:rsidR="009A43C3" w:rsidRDefault="009A43C3">
      <w:pPr>
        <w:spacing w:after="0"/>
      </w:pPr>
    </w:p>
    <w:p w14:paraId="521645A6" w14:textId="77777777" w:rsidR="009A43C3" w:rsidRDefault="00A60DCE">
      <w:pPr>
        <w:spacing w:after="80"/>
      </w:pPr>
      <w:r>
        <w:t>☐ Applicant has lived in a nursing facility before   ☐ Applicant has not lived in a nursing facility before</w:t>
      </w:r>
    </w:p>
    <w:tbl>
      <w:tblPr>
        <w:tblW w:w="0" w:type="auto"/>
        <w:jc w:val="center"/>
        <w:tblLayout w:type="fixed"/>
        <w:tblLook w:val="04A0" w:firstRow="1" w:lastRow="0" w:firstColumn="1" w:lastColumn="0" w:noHBand="0" w:noVBand="1"/>
      </w:tblPr>
      <w:tblGrid>
        <w:gridCol w:w="6912"/>
        <w:gridCol w:w="3744"/>
      </w:tblGrid>
      <w:tr w:rsidR="009A43C3" w14:paraId="07A437D6" w14:textId="77777777">
        <w:trPr>
          <w:jc w:val="center"/>
        </w:trPr>
        <w:tc>
          <w:tcPr>
            <w:tcW w:w="6912" w:type="dxa"/>
            <w:shd w:val="clear" w:color="auto" w:fill="F5F7F5"/>
            <w:tcMar>
              <w:top w:w="55" w:type="dxa"/>
              <w:left w:w="70" w:type="dxa"/>
              <w:bottom w:w="50" w:type="dxa"/>
              <w:right w:w="70" w:type="dxa"/>
            </w:tcMar>
          </w:tcPr>
          <w:p w14:paraId="3B7AC107" w14:textId="77777777" w:rsidR="009A43C3" w:rsidRDefault="00A60DCE">
            <w:pPr>
              <w:pStyle w:val="FormLabel"/>
            </w:pPr>
            <w:r>
              <w:t>If yes, facility name and location</w:t>
            </w:r>
          </w:p>
          <w:p w14:paraId="6F4C0D92" w14:textId="77777777" w:rsidR="009A43C3" w:rsidRDefault="00A60DCE">
            <w:pPr>
              <w:spacing w:after="0"/>
            </w:pPr>
            <w:r>
              <w:rPr>
                <w:color w:val="A9A9A9"/>
                <w:sz w:val="14"/>
              </w:rPr>
              <w:t>________________________________________________________________</w:t>
            </w:r>
          </w:p>
        </w:tc>
        <w:tc>
          <w:tcPr>
            <w:tcW w:w="3744" w:type="dxa"/>
            <w:shd w:val="clear" w:color="auto" w:fill="F5F7F5"/>
            <w:tcMar>
              <w:top w:w="55" w:type="dxa"/>
              <w:left w:w="70" w:type="dxa"/>
              <w:bottom w:w="50" w:type="dxa"/>
              <w:right w:w="70" w:type="dxa"/>
            </w:tcMar>
          </w:tcPr>
          <w:p w14:paraId="53B186AF" w14:textId="77777777" w:rsidR="009A43C3" w:rsidRDefault="00A60DCE">
            <w:pPr>
              <w:pStyle w:val="FormLabel"/>
            </w:pPr>
            <w:r>
              <w:t>Dates of residence</w:t>
            </w:r>
          </w:p>
          <w:p w14:paraId="5C88D019" w14:textId="42118596" w:rsidR="009A43C3" w:rsidRDefault="00A60DCE">
            <w:pPr>
              <w:spacing w:after="0"/>
            </w:pPr>
            <w:r>
              <w:rPr>
                <w:color w:val="A9A9A9"/>
                <w:sz w:val="14"/>
              </w:rPr>
              <w:t>_______________________________________________________</w:t>
            </w:r>
          </w:p>
        </w:tc>
      </w:tr>
    </w:tbl>
    <w:p w14:paraId="41FEBDAC" w14:textId="77777777" w:rsidR="009A43C3" w:rsidRDefault="009A43C3">
      <w:pPr>
        <w:spacing w:after="0"/>
      </w:pPr>
    </w:p>
    <w:tbl>
      <w:tblPr>
        <w:tblW w:w="0" w:type="auto"/>
        <w:jc w:val="center"/>
        <w:tblLook w:val="04A0" w:firstRow="1" w:lastRow="0" w:firstColumn="1" w:lastColumn="0" w:noHBand="0" w:noVBand="1"/>
      </w:tblPr>
      <w:tblGrid>
        <w:gridCol w:w="10656"/>
      </w:tblGrid>
      <w:tr w:rsidR="009A43C3" w14:paraId="1730C090" w14:textId="77777777">
        <w:trPr>
          <w:jc w:val="center"/>
        </w:trPr>
        <w:tc>
          <w:tcPr>
            <w:tcW w:w="10656" w:type="dxa"/>
            <w:shd w:val="clear" w:color="auto" w:fill="355246"/>
            <w:tcMar>
              <w:top w:w="55" w:type="dxa"/>
              <w:left w:w="70" w:type="dxa"/>
              <w:bottom w:w="55" w:type="dxa"/>
              <w:right w:w="70" w:type="dxa"/>
            </w:tcMar>
            <w:vAlign w:val="center"/>
          </w:tcPr>
          <w:p w14:paraId="64BF3A69" w14:textId="77777777" w:rsidR="009A43C3" w:rsidRDefault="00A60DCE">
            <w:pPr>
              <w:keepNext/>
            </w:pPr>
            <w:r>
              <w:rPr>
                <w:b/>
                <w:color w:val="FFFFFF"/>
                <w:sz w:val="20"/>
              </w:rPr>
              <w:t>CODE STATUS</w:t>
            </w:r>
          </w:p>
        </w:tc>
      </w:tr>
    </w:tbl>
    <w:p w14:paraId="445815CD" w14:textId="77777777" w:rsidR="009A43C3" w:rsidRDefault="00A60DCE">
      <w:pPr>
        <w:spacing w:after="80"/>
      </w:pPr>
      <w:r>
        <w:t xml:space="preserve">☐ Full Code   ☐ Do Not </w:t>
      </w:r>
      <w:proofErr w:type="gramStart"/>
      <w:r>
        <w:t>Resuscitate  DNR</w:t>
      </w:r>
      <w:proofErr w:type="gramEnd"/>
      <w:r>
        <w:t xml:space="preserve">   ☐ Unsure or wishes to discuss</w:t>
      </w:r>
    </w:p>
    <w:tbl>
      <w:tblPr>
        <w:tblW w:w="0" w:type="auto"/>
        <w:jc w:val="center"/>
        <w:tblLayout w:type="fixed"/>
        <w:tblLook w:val="04A0" w:firstRow="1" w:lastRow="0" w:firstColumn="1" w:lastColumn="0" w:noHBand="0" w:noVBand="1"/>
      </w:tblPr>
      <w:tblGrid>
        <w:gridCol w:w="7776"/>
        <w:gridCol w:w="2880"/>
      </w:tblGrid>
      <w:tr w:rsidR="009A43C3" w14:paraId="4404DAD0" w14:textId="77777777">
        <w:trPr>
          <w:jc w:val="center"/>
        </w:trPr>
        <w:tc>
          <w:tcPr>
            <w:tcW w:w="7776" w:type="dxa"/>
            <w:shd w:val="clear" w:color="auto" w:fill="F5F7F5"/>
            <w:tcMar>
              <w:top w:w="55" w:type="dxa"/>
              <w:left w:w="70" w:type="dxa"/>
              <w:bottom w:w="50" w:type="dxa"/>
              <w:right w:w="70" w:type="dxa"/>
            </w:tcMar>
          </w:tcPr>
          <w:p w14:paraId="024929E0" w14:textId="77777777" w:rsidR="009A43C3" w:rsidRDefault="00A60DCE">
            <w:pPr>
              <w:pStyle w:val="FormLabel"/>
            </w:pPr>
            <w:r>
              <w:t xml:space="preserve">Supporting document </w:t>
            </w:r>
            <w:proofErr w:type="gramStart"/>
            <w:r>
              <w:t>available  DNR</w:t>
            </w:r>
            <w:proofErr w:type="gramEnd"/>
            <w:r>
              <w:t xml:space="preserve"> </w:t>
            </w:r>
            <w:proofErr w:type="gramStart"/>
            <w:r>
              <w:t>order  POLST</w:t>
            </w:r>
            <w:proofErr w:type="gramEnd"/>
            <w:r>
              <w:t xml:space="preserve">  Healthcare </w:t>
            </w:r>
            <w:proofErr w:type="gramStart"/>
            <w:r>
              <w:t>directive  Other</w:t>
            </w:r>
            <w:proofErr w:type="gramEnd"/>
          </w:p>
          <w:p w14:paraId="4BD82607" w14:textId="77777777" w:rsidR="009A43C3" w:rsidRDefault="00A60DCE">
            <w:pPr>
              <w:spacing w:after="0"/>
            </w:pPr>
            <w:r>
              <w:rPr>
                <w:color w:val="A9A9A9"/>
                <w:sz w:val="14"/>
              </w:rPr>
              <w:t>________________________________________________________________</w:t>
            </w:r>
          </w:p>
        </w:tc>
        <w:tc>
          <w:tcPr>
            <w:tcW w:w="2880" w:type="dxa"/>
            <w:shd w:val="clear" w:color="auto" w:fill="F5F7F5"/>
            <w:tcMar>
              <w:top w:w="55" w:type="dxa"/>
              <w:left w:w="70" w:type="dxa"/>
              <w:bottom w:w="50" w:type="dxa"/>
              <w:right w:w="70" w:type="dxa"/>
            </w:tcMar>
          </w:tcPr>
          <w:p w14:paraId="3E37C877" w14:textId="77777777" w:rsidR="009A43C3" w:rsidRDefault="00A60DCE">
            <w:pPr>
              <w:pStyle w:val="FormLabel"/>
            </w:pPr>
            <w:r>
              <w:t xml:space="preserve">Copy </w:t>
            </w:r>
            <w:proofErr w:type="gramStart"/>
            <w:r>
              <w:t>attached  Yes</w:t>
            </w:r>
            <w:proofErr w:type="gramEnd"/>
            <w:r>
              <w:t xml:space="preserve"> or No</w:t>
            </w:r>
          </w:p>
          <w:p w14:paraId="7D12599D" w14:textId="5EEDDE9C" w:rsidR="009A43C3" w:rsidRDefault="00A60DCE">
            <w:pPr>
              <w:spacing w:after="0"/>
            </w:pPr>
            <w:r>
              <w:rPr>
                <w:color w:val="A9A9A9"/>
                <w:sz w:val="14"/>
              </w:rPr>
              <w:t>__________________________________________</w:t>
            </w:r>
          </w:p>
        </w:tc>
      </w:tr>
    </w:tbl>
    <w:p w14:paraId="094B444B" w14:textId="77777777" w:rsidR="009A43C3" w:rsidRDefault="009A43C3">
      <w:pPr>
        <w:spacing w:after="0"/>
      </w:pPr>
    </w:p>
    <w:p w14:paraId="2787A5D9" w14:textId="77777777" w:rsidR="009A43C3" w:rsidRDefault="00A60DCE">
      <w:r>
        <w:rPr>
          <w:i/>
          <w:color w:val="767676"/>
          <w:sz w:val="15"/>
        </w:rPr>
        <w:t>The selection above communicates the applicant's current preference and does not replace a valid medical order. Code status will be confirmed during the admission process.</w:t>
      </w:r>
    </w:p>
    <w:tbl>
      <w:tblPr>
        <w:tblW w:w="0" w:type="auto"/>
        <w:jc w:val="center"/>
        <w:tblLook w:val="04A0" w:firstRow="1" w:lastRow="0" w:firstColumn="1" w:lastColumn="0" w:noHBand="0" w:noVBand="1"/>
      </w:tblPr>
      <w:tblGrid>
        <w:gridCol w:w="10656"/>
      </w:tblGrid>
      <w:tr w:rsidR="009A43C3" w14:paraId="7D18AB7C" w14:textId="77777777">
        <w:trPr>
          <w:jc w:val="center"/>
        </w:trPr>
        <w:tc>
          <w:tcPr>
            <w:tcW w:w="10656" w:type="dxa"/>
            <w:shd w:val="clear" w:color="auto" w:fill="355246"/>
            <w:tcMar>
              <w:top w:w="55" w:type="dxa"/>
              <w:left w:w="70" w:type="dxa"/>
              <w:bottom w:w="55" w:type="dxa"/>
              <w:right w:w="70" w:type="dxa"/>
            </w:tcMar>
            <w:vAlign w:val="center"/>
          </w:tcPr>
          <w:p w14:paraId="19F23CF1" w14:textId="77777777" w:rsidR="009A43C3" w:rsidRDefault="00A60DCE">
            <w:pPr>
              <w:keepNext/>
            </w:pPr>
            <w:r>
              <w:rPr>
                <w:b/>
                <w:color w:val="FFFFFF"/>
                <w:sz w:val="20"/>
              </w:rPr>
              <w:lastRenderedPageBreak/>
              <w:t>MEDICAL HISTORY</w:t>
            </w:r>
          </w:p>
        </w:tc>
      </w:tr>
    </w:tbl>
    <w:p w14:paraId="3677AE41" w14:textId="77777777" w:rsidR="009A43C3" w:rsidRDefault="00A60DCE">
      <w:r>
        <w:t>List current and significant past diagnoses, conditions, surgeries, hospitalizations, allergies, and other medical history. Attach an additional page if needed.</w:t>
      </w:r>
    </w:p>
    <w:tbl>
      <w:tblPr>
        <w:tblStyle w:val="TableGrid"/>
        <w:tblW w:w="0" w:type="auto"/>
        <w:jc w:val="center"/>
        <w:tblLayout w:type="fixed"/>
        <w:tblLook w:val="04A0" w:firstRow="1" w:lastRow="0" w:firstColumn="1" w:lastColumn="0" w:noHBand="0" w:noVBand="1"/>
      </w:tblPr>
      <w:tblGrid>
        <w:gridCol w:w="3528"/>
        <w:gridCol w:w="2664"/>
        <w:gridCol w:w="2880"/>
        <w:gridCol w:w="2664"/>
      </w:tblGrid>
      <w:tr w:rsidR="009A43C3" w14:paraId="5CB8C31B" w14:textId="77777777">
        <w:trPr>
          <w:tblHeader/>
          <w:jc w:val="center"/>
        </w:trPr>
        <w:tc>
          <w:tcPr>
            <w:tcW w:w="2664" w:type="dxa"/>
            <w:shd w:val="clear" w:color="auto" w:fill="355246"/>
            <w:tcMar>
              <w:top w:w="55" w:type="dxa"/>
              <w:left w:w="70" w:type="dxa"/>
              <w:bottom w:w="55" w:type="dxa"/>
              <w:right w:w="70" w:type="dxa"/>
            </w:tcMar>
            <w:vAlign w:val="center"/>
          </w:tcPr>
          <w:p w14:paraId="2864D758" w14:textId="77777777" w:rsidR="009A43C3" w:rsidRDefault="00A60DCE">
            <w:pPr>
              <w:jc w:val="center"/>
            </w:pPr>
            <w:r>
              <w:rPr>
                <w:b/>
                <w:color w:val="FFFFFF"/>
                <w:sz w:val="15"/>
              </w:rPr>
              <w:t>Diagnosis condition or event</w:t>
            </w:r>
          </w:p>
        </w:tc>
        <w:tc>
          <w:tcPr>
            <w:tcW w:w="2664" w:type="dxa"/>
            <w:shd w:val="clear" w:color="auto" w:fill="355246"/>
            <w:tcMar>
              <w:top w:w="55" w:type="dxa"/>
              <w:left w:w="70" w:type="dxa"/>
              <w:bottom w:w="55" w:type="dxa"/>
              <w:right w:w="70" w:type="dxa"/>
            </w:tcMar>
            <w:vAlign w:val="center"/>
          </w:tcPr>
          <w:p w14:paraId="3FA61BBE" w14:textId="77777777" w:rsidR="009A43C3" w:rsidRDefault="00A60DCE">
            <w:pPr>
              <w:jc w:val="center"/>
            </w:pPr>
            <w:r>
              <w:rPr>
                <w:b/>
                <w:color w:val="FFFFFF"/>
                <w:sz w:val="15"/>
              </w:rPr>
              <w:t>Approximate date</w:t>
            </w:r>
          </w:p>
        </w:tc>
        <w:tc>
          <w:tcPr>
            <w:tcW w:w="2664" w:type="dxa"/>
            <w:shd w:val="clear" w:color="auto" w:fill="355246"/>
            <w:tcMar>
              <w:top w:w="55" w:type="dxa"/>
              <w:left w:w="70" w:type="dxa"/>
              <w:bottom w:w="55" w:type="dxa"/>
              <w:right w:w="70" w:type="dxa"/>
            </w:tcMar>
            <w:vAlign w:val="center"/>
          </w:tcPr>
          <w:p w14:paraId="62831A85" w14:textId="77777777" w:rsidR="009A43C3" w:rsidRDefault="00A60DCE">
            <w:pPr>
              <w:jc w:val="center"/>
            </w:pPr>
            <w:r>
              <w:rPr>
                <w:b/>
                <w:color w:val="FFFFFF"/>
                <w:sz w:val="15"/>
              </w:rPr>
              <w:t>Treating provider or facility</w:t>
            </w:r>
          </w:p>
        </w:tc>
        <w:tc>
          <w:tcPr>
            <w:tcW w:w="2664" w:type="dxa"/>
            <w:shd w:val="clear" w:color="auto" w:fill="355246"/>
            <w:tcMar>
              <w:top w:w="55" w:type="dxa"/>
              <w:left w:w="70" w:type="dxa"/>
              <w:bottom w:w="55" w:type="dxa"/>
              <w:right w:w="70" w:type="dxa"/>
            </w:tcMar>
            <w:vAlign w:val="center"/>
          </w:tcPr>
          <w:p w14:paraId="5A9D39A1" w14:textId="77777777" w:rsidR="009A43C3" w:rsidRDefault="00A60DCE">
            <w:pPr>
              <w:jc w:val="center"/>
            </w:pPr>
            <w:proofErr w:type="gramStart"/>
            <w:r>
              <w:rPr>
                <w:b/>
                <w:color w:val="FFFFFF"/>
                <w:sz w:val="15"/>
              </w:rPr>
              <w:t>Current status</w:t>
            </w:r>
            <w:proofErr w:type="gramEnd"/>
            <w:r>
              <w:rPr>
                <w:b/>
                <w:color w:val="FFFFFF"/>
                <w:sz w:val="15"/>
              </w:rPr>
              <w:t xml:space="preserve"> or notes</w:t>
            </w:r>
          </w:p>
        </w:tc>
      </w:tr>
      <w:tr w:rsidR="009A43C3" w14:paraId="7DA4F511" w14:textId="77777777">
        <w:trPr>
          <w:jc w:val="center"/>
        </w:trPr>
        <w:tc>
          <w:tcPr>
            <w:tcW w:w="3528" w:type="dxa"/>
            <w:shd w:val="clear" w:color="auto" w:fill="FFFFFF"/>
            <w:tcMar>
              <w:top w:w="55" w:type="dxa"/>
              <w:left w:w="70" w:type="dxa"/>
              <w:bottom w:w="55" w:type="dxa"/>
              <w:right w:w="70" w:type="dxa"/>
            </w:tcMar>
            <w:vAlign w:val="center"/>
          </w:tcPr>
          <w:p w14:paraId="3721D90C" w14:textId="77777777" w:rsidR="009A43C3" w:rsidRDefault="00A60DCE">
            <w:r>
              <w:rPr>
                <w:sz w:val="16"/>
              </w:rPr>
              <w:br/>
            </w:r>
          </w:p>
        </w:tc>
        <w:tc>
          <w:tcPr>
            <w:tcW w:w="1872" w:type="dxa"/>
            <w:shd w:val="clear" w:color="auto" w:fill="FFFFFF"/>
            <w:tcMar>
              <w:top w:w="55" w:type="dxa"/>
              <w:left w:w="70" w:type="dxa"/>
              <w:bottom w:w="55" w:type="dxa"/>
              <w:right w:w="70" w:type="dxa"/>
            </w:tcMar>
            <w:vAlign w:val="center"/>
          </w:tcPr>
          <w:p w14:paraId="28906CF7" w14:textId="77777777" w:rsidR="009A43C3" w:rsidRDefault="00A60DCE">
            <w:r>
              <w:rPr>
                <w:sz w:val="16"/>
              </w:rPr>
              <w:br/>
            </w:r>
          </w:p>
        </w:tc>
        <w:tc>
          <w:tcPr>
            <w:tcW w:w="2880" w:type="dxa"/>
            <w:shd w:val="clear" w:color="auto" w:fill="FFFFFF"/>
            <w:tcMar>
              <w:top w:w="55" w:type="dxa"/>
              <w:left w:w="70" w:type="dxa"/>
              <w:bottom w:w="55" w:type="dxa"/>
              <w:right w:w="70" w:type="dxa"/>
            </w:tcMar>
            <w:vAlign w:val="center"/>
          </w:tcPr>
          <w:p w14:paraId="47B0FDC5" w14:textId="77777777" w:rsidR="009A43C3" w:rsidRDefault="00A60DCE">
            <w:r>
              <w:rPr>
                <w:sz w:val="16"/>
              </w:rPr>
              <w:br/>
            </w:r>
          </w:p>
        </w:tc>
        <w:tc>
          <w:tcPr>
            <w:tcW w:w="2376" w:type="dxa"/>
            <w:shd w:val="clear" w:color="auto" w:fill="FFFFFF"/>
            <w:tcMar>
              <w:top w:w="55" w:type="dxa"/>
              <w:left w:w="70" w:type="dxa"/>
              <w:bottom w:w="55" w:type="dxa"/>
              <w:right w:w="70" w:type="dxa"/>
            </w:tcMar>
            <w:vAlign w:val="center"/>
          </w:tcPr>
          <w:p w14:paraId="6C0457B0" w14:textId="77777777" w:rsidR="009A43C3" w:rsidRDefault="00A60DCE">
            <w:r>
              <w:rPr>
                <w:sz w:val="16"/>
              </w:rPr>
              <w:br/>
            </w:r>
          </w:p>
        </w:tc>
      </w:tr>
      <w:tr w:rsidR="009A43C3" w14:paraId="56377898" w14:textId="77777777">
        <w:trPr>
          <w:jc w:val="center"/>
        </w:trPr>
        <w:tc>
          <w:tcPr>
            <w:tcW w:w="3528" w:type="dxa"/>
            <w:shd w:val="clear" w:color="auto" w:fill="FFFFFF"/>
            <w:tcMar>
              <w:top w:w="55" w:type="dxa"/>
              <w:left w:w="70" w:type="dxa"/>
              <w:bottom w:w="55" w:type="dxa"/>
              <w:right w:w="70" w:type="dxa"/>
            </w:tcMar>
            <w:vAlign w:val="center"/>
          </w:tcPr>
          <w:p w14:paraId="3C5A9060" w14:textId="77777777" w:rsidR="009A43C3" w:rsidRDefault="00A60DCE">
            <w:r>
              <w:rPr>
                <w:sz w:val="16"/>
              </w:rPr>
              <w:br/>
            </w:r>
          </w:p>
        </w:tc>
        <w:tc>
          <w:tcPr>
            <w:tcW w:w="1872" w:type="dxa"/>
            <w:shd w:val="clear" w:color="auto" w:fill="FFFFFF"/>
            <w:tcMar>
              <w:top w:w="55" w:type="dxa"/>
              <w:left w:w="70" w:type="dxa"/>
              <w:bottom w:w="55" w:type="dxa"/>
              <w:right w:w="70" w:type="dxa"/>
            </w:tcMar>
            <w:vAlign w:val="center"/>
          </w:tcPr>
          <w:p w14:paraId="79618ECF" w14:textId="77777777" w:rsidR="009A43C3" w:rsidRDefault="00A60DCE">
            <w:r>
              <w:rPr>
                <w:sz w:val="16"/>
              </w:rPr>
              <w:br/>
            </w:r>
          </w:p>
        </w:tc>
        <w:tc>
          <w:tcPr>
            <w:tcW w:w="2880" w:type="dxa"/>
            <w:shd w:val="clear" w:color="auto" w:fill="FFFFFF"/>
            <w:tcMar>
              <w:top w:w="55" w:type="dxa"/>
              <w:left w:w="70" w:type="dxa"/>
              <w:bottom w:w="55" w:type="dxa"/>
              <w:right w:w="70" w:type="dxa"/>
            </w:tcMar>
            <w:vAlign w:val="center"/>
          </w:tcPr>
          <w:p w14:paraId="2EB09688" w14:textId="77777777" w:rsidR="009A43C3" w:rsidRDefault="00A60DCE">
            <w:r>
              <w:rPr>
                <w:sz w:val="16"/>
              </w:rPr>
              <w:br/>
            </w:r>
          </w:p>
        </w:tc>
        <w:tc>
          <w:tcPr>
            <w:tcW w:w="2376" w:type="dxa"/>
            <w:shd w:val="clear" w:color="auto" w:fill="FFFFFF"/>
            <w:tcMar>
              <w:top w:w="55" w:type="dxa"/>
              <w:left w:w="70" w:type="dxa"/>
              <w:bottom w:w="55" w:type="dxa"/>
              <w:right w:w="70" w:type="dxa"/>
            </w:tcMar>
            <w:vAlign w:val="center"/>
          </w:tcPr>
          <w:p w14:paraId="478BB8A5" w14:textId="77777777" w:rsidR="009A43C3" w:rsidRDefault="00A60DCE">
            <w:r>
              <w:rPr>
                <w:sz w:val="16"/>
              </w:rPr>
              <w:br/>
            </w:r>
          </w:p>
        </w:tc>
      </w:tr>
      <w:tr w:rsidR="009A43C3" w14:paraId="48132E08" w14:textId="77777777">
        <w:trPr>
          <w:jc w:val="center"/>
        </w:trPr>
        <w:tc>
          <w:tcPr>
            <w:tcW w:w="3528" w:type="dxa"/>
            <w:shd w:val="clear" w:color="auto" w:fill="FFFFFF"/>
            <w:tcMar>
              <w:top w:w="55" w:type="dxa"/>
              <w:left w:w="70" w:type="dxa"/>
              <w:bottom w:w="55" w:type="dxa"/>
              <w:right w:w="70" w:type="dxa"/>
            </w:tcMar>
            <w:vAlign w:val="center"/>
          </w:tcPr>
          <w:p w14:paraId="291A3337" w14:textId="77777777" w:rsidR="009A43C3" w:rsidRDefault="00A60DCE">
            <w:r>
              <w:rPr>
                <w:sz w:val="16"/>
              </w:rPr>
              <w:br/>
            </w:r>
          </w:p>
        </w:tc>
        <w:tc>
          <w:tcPr>
            <w:tcW w:w="1872" w:type="dxa"/>
            <w:shd w:val="clear" w:color="auto" w:fill="FFFFFF"/>
            <w:tcMar>
              <w:top w:w="55" w:type="dxa"/>
              <w:left w:w="70" w:type="dxa"/>
              <w:bottom w:w="55" w:type="dxa"/>
              <w:right w:w="70" w:type="dxa"/>
            </w:tcMar>
            <w:vAlign w:val="center"/>
          </w:tcPr>
          <w:p w14:paraId="6D2B9035" w14:textId="77777777" w:rsidR="009A43C3" w:rsidRDefault="00A60DCE">
            <w:r>
              <w:rPr>
                <w:sz w:val="16"/>
              </w:rPr>
              <w:br/>
            </w:r>
          </w:p>
        </w:tc>
        <w:tc>
          <w:tcPr>
            <w:tcW w:w="2880" w:type="dxa"/>
            <w:shd w:val="clear" w:color="auto" w:fill="FFFFFF"/>
            <w:tcMar>
              <w:top w:w="55" w:type="dxa"/>
              <w:left w:w="70" w:type="dxa"/>
              <w:bottom w:w="55" w:type="dxa"/>
              <w:right w:w="70" w:type="dxa"/>
            </w:tcMar>
            <w:vAlign w:val="center"/>
          </w:tcPr>
          <w:p w14:paraId="3B48292E" w14:textId="77777777" w:rsidR="009A43C3" w:rsidRDefault="00A60DCE">
            <w:r>
              <w:rPr>
                <w:sz w:val="16"/>
              </w:rPr>
              <w:br/>
            </w:r>
          </w:p>
        </w:tc>
        <w:tc>
          <w:tcPr>
            <w:tcW w:w="2376" w:type="dxa"/>
            <w:shd w:val="clear" w:color="auto" w:fill="FFFFFF"/>
            <w:tcMar>
              <w:top w:w="55" w:type="dxa"/>
              <w:left w:w="70" w:type="dxa"/>
              <w:bottom w:w="55" w:type="dxa"/>
              <w:right w:w="70" w:type="dxa"/>
            </w:tcMar>
            <w:vAlign w:val="center"/>
          </w:tcPr>
          <w:p w14:paraId="5A60A127" w14:textId="77777777" w:rsidR="009A43C3" w:rsidRDefault="00A60DCE">
            <w:r>
              <w:rPr>
                <w:sz w:val="16"/>
              </w:rPr>
              <w:br/>
            </w:r>
          </w:p>
        </w:tc>
      </w:tr>
      <w:tr w:rsidR="009A43C3" w14:paraId="75CE8C12" w14:textId="77777777">
        <w:trPr>
          <w:jc w:val="center"/>
        </w:trPr>
        <w:tc>
          <w:tcPr>
            <w:tcW w:w="3528" w:type="dxa"/>
            <w:shd w:val="clear" w:color="auto" w:fill="FFFFFF"/>
            <w:tcMar>
              <w:top w:w="55" w:type="dxa"/>
              <w:left w:w="70" w:type="dxa"/>
              <w:bottom w:w="55" w:type="dxa"/>
              <w:right w:w="70" w:type="dxa"/>
            </w:tcMar>
            <w:vAlign w:val="center"/>
          </w:tcPr>
          <w:p w14:paraId="22D9D315" w14:textId="77777777" w:rsidR="009A43C3" w:rsidRDefault="00A60DCE">
            <w:r>
              <w:rPr>
                <w:sz w:val="16"/>
              </w:rPr>
              <w:br/>
            </w:r>
          </w:p>
        </w:tc>
        <w:tc>
          <w:tcPr>
            <w:tcW w:w="1872" w:type="dxa"/>
            <w:shd w:val="clear" w:color="auto" w:fill="FFFFFF"/>
            <w:tcMar>
              <w:top w:w="55" w:type="dxa"/>
              <w:left w:w="70" w:type="dxa"/>
              <w:bottom w:w="55" w:type="dxa"/>
              <w:right w:w="70" w:type="dxa"/>
            </w:tcMar>
            <w:vAlign w:val="center"/>
          </w:tcPr>
          <w:p w14:paraId="19838EDE" w14:textId="77777777" w:rsidR="009A43C3" w:rsidRDefault="00A60DCE">
            <w:r>
              <w:rPr>
                <w:sz w:val="16"/>
              </w:rPr>
              <w:br/>
            </w:r>
          </w:p>
        </w:tc>
        <w:tc>
          <w:tcPr>
            <w:tcW w:w="2880" w:type="dxa"/>
            <w:shd w:val="clear" w:color="auto" w:fill="FFFFFF"/>
            <w:tcMar>
              <w:top w:w="55" w:type="dxa"/>
              <w:left w:w="70" w:type="dxa"/>
              <w:bottom w:w="55" w:type="dxa"/>
              <w:right w:w="70" w:type="dxa"/>
            </w:tcMar>
            <w:vAlign w:val="center"/>
          </w:tcPr>
          <w:p w14:paraId="670CA400" w14:textId="77777777" w:rsidR="009A43C3" w:rsidRDefault="00A60DCE">
            <w:r>
              <w:rPr>
                <w:sz w:val="16"/>
              </w:rPr>
              <w:br/>
            </w:r>
          </w:p>
        </w:tc>
        <w:tc>
          <w:tcPr>
            <w:tcW w:w="2376" w:type="dxa"/>
            <w:shd w:val="clear" w:color="auto" w:fill="FFFFFF"/>
            <w:tcMar>
              <w:top w:w="55" w:type="dxa"/>
              <w:left w:w="70" w:type="dxa"/>
              <w:bottom w:w="55" w:type="dxa"/>
              <w:right w:w="70" w:type="dxa"/>
            </w:tcMar>
            <w:vAlign w:val="center"/>
          </w:tcPr>
          <w:p w14:paraId="6AFC8D88" w14:textId="77777777" w:rsidR="009A43C3" w:rsidRDefault="00A60DCE">
            <w:r>
              <w:rPr>
                <w:sz w:val="16"/>
              </w:rPr>
              <w:br/>
            </w:r>
          </w:p>
        </w:tc>
      </w:tr>
      <w:tr w:rsidR="009A43C3" w14:paraId="05A21B27" w14:textId="77777777">
        <w:trPr>
          <w:jc w:val="center"/>
        </w:trPr>
        <w:tc>
          <w:tcPr>
            <w:tcW w:w="3528" w:type="dxa"/>
            <w:shd w:val="clear" w:color="auto" w:fill="FFFFFF"/>
            <w:tcMar>
              <w:top w:w="55" w:type="dxa"/>
              <w:left w:w="70" w:type="dxa"/>
              <w:bottom w:w="55" w:type="dxa"/>
              <w:right w:w="70" w:type="dxa"/>
            </w:tcMar>
            <w:vAlign w:val="center"/>
          </w:tcPr>
          <w:p w14:paraId="0FE07D83" w14:textId="77777777" w:rsidR="009A43C3" w:rsidRDefault="00A60DCE">
            <w:r>
              <w:rPr>
                <w:sz w:val="16"/>
              </w:rPr>
              <w:br/>
            </w:r>
          </w:p>
        </w:tc>
        <w:tc>
          <w:tcPr>
            <w:tcW w:w="1872" w:type="dxa"/>
            <w:shd w:val="clear" w:color="auto" w:fill="FFFFFF"/>
            <w:tcMar>
              <w:top w:w="55" w:type="dxa"/>
              <w:left w:w="70" w:type="dxa"/>
              <w:bottom w:w="55" w:type="dxa"/>
              <w:right w:w="70" w:type="dxa"/>
            </w:tcMar>
            <w:vAlign w:val="center"/>
          </w:tcPr>
          <w:p w14:paraId="323BBE84" w14:textId="77777777" w:rsidR="009A43C3" w:rsidRDefault="00A60DCE">
            <w:r>
              <w:rPr>
                <w:sz w:val="16"/>
              </w:rPr>
              <w:br/>
            </w:r>
          </w:p>
        </w:tc>
        <w:tc>
          <w:tcPr>
            <w:tcW w:w="2880" w:type="dxa"/>
            <w:shd w:val="clear" w:color="auto" w:fill="FFFFFF"/>
            <w:tcMar>
              <w:top w:w="55" w:type="dxa"/>
              <w:left w:w="70" w:type="dxa"/>
              <w:bottom w:w="55" w:type="dxa"/>
              <w:right w:w="70" w:type="dxa"/>
            </w:tcMar>
            <w:vAlign w:val="center"/>
          </w:tcPr>
          <w:p w14:paraId="3908A313" w14:textId="77777777" w:rsidR="009A43C3" w:rsidRDefault="00A60DCE">
            <w:r>
              <w:rPr>
                <w:sz w:val="16"/>
              </w:rPr>
              <w:br/>
            </w:r>
          </w:p>
        </w:tc>
        <w:tc>
          <w:tcPr>
            <w:tcW w:w="2376" w:type="dxa"/>
            <w:shd w:val="clear" w:color="auto" w:fill="FFFFFF"/>
            <w:tcMar>
              <w:top w:w="55" w:type="dxa"/>
              <w:left w:w="70" w:type="dxa"/>
              <w:bottom w:w="55" w:type="dxa"/>
              <w:right w:w="70" w:type="dxa"/>
            </w:tcMar>
            <w:vAlign w:val="center"/>
          </w:tcPr>
          <w:p w14:paraId="1B64D091" w14:textId="77777777" w:rsidR="009A43C3" w:rsidRDefault="00A60DCE">
            <w:r>
              <w:rPr>
                <w:sz w:val="16"/>
              </w:rPr>
              <w:br/>
            </w:r>
          </w:p>
        </w:tc>
      </w:tr>
      <w:tr w:rsidR="009A43C3" w14:paraId="2314E7C7" w14:textId="77777777">
        <w:trPr>
          <w:jc w:val="center"/>
        </w:trPr>
        <w:tc>
          <w:tcPr>
            <w:tcW w:w="3528" w:type="dxa"/>
            <w:shd w:val="clear" w:color="auto" w:fill="FFFFFF"/>
            <w:tcMar>
              <w:top w:w="55" w:type="dxa"/>
              <w:left w:w="70" w:type="dxa"/>
              <w:bottom w:w="55" w:type="dxa"/>
              <w:right w:w="70" w:type="dxa"/>
            </w:tcMar>
            <w:vAlign w:val="center"/>
          </w:tcPr>
          <w:p w14:paraId="36F85DCB" w14:textId="77777777" w:rsidR="009A43C3" w:rsidRDefault="00A60DCE">
            <w:r>
              <w:rPr>
                <w:sz w:val="16"/>
              </w:rPr>
              <w:br/>
            </w:r>
          </w:p>
        </w:tc>
        <w:tc>
          <w:tcPr>
            <w:tcW w:w="1872" w:type="dxa"/>
            <w:shd w:val="clear" w:color="auto" w:fill="FFFFFF"/>
            <w:tcMar>
              <w:top w:w="55" w:type="dxa"/>
              <w:left w:w="70" w:type="dxa"/>
              <w:bottom w:w="55" w:type="dxa"/>
              <w:right w:w="70" w:type="dxa"/>
            </w:tcMar>
            <w:vAlign w:val="center"/>
          </w:tcPr>
          <w:p w14:paraId="7132F82E" w14:textId="77777777" w:rsidR="009A43C3" w:rsidRDefault="00A60DCE">
            <w:r>
              <w:rPr>
                <w:sz w:val="16"/>
              </w:rPr>
              <w:br/>
            </w:r>
          </w:p>
        </w:tc>
        <w:tc>
          <w:tcPr>
            <w:tcW w:w="2880" w:type="dxa"/>
            <w:shd w:val="clear" w:color="auto" w:fill="FFFFFF"/>
            <w:tcMar>
              <w:top w:w="55" w:type="dxa"/>
              <w:left w:w="70" w:type="dxa"/>
              <w:bottom w:w="55" w:type="dxa"/>
              <w:right w:w="70" w:type="dxa"/>
            </w:tcMar>
            <w:vAlign w:val="center"/>
          </w:tcPr>
          <w:p w14:paraId="4B67E8D5" w14:textId="77777777" w:rsidR="009A43C3" w:rsidRDefault="00A60DCE">
            <w:r>
              <w:rPr>
                <w:sz w:val="16"/>
              </w:rPr>
              <w:br/>
            </w:r>
          </w:p>
        </w:tc>
        <w:tc>
          <w:tcPr>
            <w:tcW w:w="2376" w:type="dxa"/>
            <w:shd w:val="clear" w:color="auto" w:fill="FFFFFF"/>
            <w:tcMar>
              <w:top w:w="55" w:type="dxa"/>
              <w:left w:w="70" w:type="dxa"/>
              <w:bottom w:w="55" w:type="dxa"/>
              <w:right w:w="70" w:type="dxa"/>
            </w:tcMar>
            <w:vAlign w:val="center"/>
          </w:tcPr>
          <w:p w14:paraId="6C5C1169" w14:textId="77777777" w:rsidR="009A43C3" w:rsidRDefault="00A60DCE">
            <w:r>
              <w:rPr>
                <w:sz w:val="16"/>
              </w:rPr>
              <w:br/>
            </w:r>
          </w:p>
        </w:tc>
      </w:tr>
      <w:tr w:rsidR="009A43C3" w14:paraId="5FFE5E08" w14:textId="77777777">
        <w:trPr>
          <w:jc w:val="center"/>
        </w:trPr>
        <w:tc>
          <w:tcPr>
            <w:tcW w:w="3528" w:type="dxa"/>
            <w:shd w:val="clear" w:color="auto" w:fill="FFFFFF"/>
            <w:tcMar>
              <w:top w:w="55" w:type="dxa"/>
              <w:left w:w="70" w:type="dxa"/>
              <w:bottom w:w="55" w:type="dxa"/>
              <w:right w:w="70" w:type="dxa"/>
            </w:tcMar>
            <w:vAlign w:val="center"/>
          </w:tcPr>
          <w:p w14:paraId="740C6FDE" w14:textId="77777777" w:rsidR="009A43C3" w:rsidRDefault="00A60DCE">
            <w:r>
              <w:rPr>
                <w:sz w:val="16"/>
              </w:rPr>
              <w:br/>
            </w:r>
          </w:p>
        </w:tc>
        <w:tc>
          <w:tcPr>
            <w:tcW w:w="1872" w:type="dxa"/>
            <w:shd w:val="clear" w:color="auto" w:fill="FFFFFF"/>
            <w:tcMar>
              <w:top w:w="55" w:type="dxa"/>
              <w:left w:w="70" w:type="dxa"/>
              <w:bottom w:w="55" w:type="dxa"/>
              <w:right w:w="70" w:type="dxa"/>
            </w:tcMar>
            <w:vAlign w:val="center"/>
          </w:tcPr>
          <w:p w14:paraId="1C2C88CB" w14:textId="77777777" w:rsidR="009A43C3" w:rsidRDefault="00A60DCE">
            <w:r>
              <w:rPr>
                <w:sz w:val="16"/>
              </w:rPr>
              <w:br/>
            </w:r>
          </w:p>
        </w:tc>
        <w:tc>
          <w:tcPr>
            <w:tcW w:w="2880" w:type="dxa"/>
            <w:shd w:val="clear" w:color="auto" w:fill="FFFFFF"/>
            <w:tcMar>
              <w:top w:w="55" w:type="dxa"/>
              <w:left w:w="70" w:type="dxa"/>
              <w:bottom w:w="55" w:type="dxa"/>
              <w:right w:w="70" w:type="dxa"/>
            </w:tcMar>
            <w:vAlign w:val="center"/>
          </w:tcPr>
          <w:p w14:paraId="73889202" w14:textId="77777777" w:rsidR="009A43C3" w:rsidRDefault="00A60DCE">
            <w:r>
              <w:rPr>
                <w:sz w:val="16"/>
              </w:rPr>
              <w:br/>
            </w:r>
          </w:p>
        </w:tc>
        <w:tc>
          <w:tcPr>
            <w:tcW w:w="2376" w:type="dxa"/>
            <w:shd w:val="clear" w:color="auto" w:fill="FFFFFF"/>
            <w:tcMar>
              <w:top w:w="55" w:type="dxa"/>
              <w:left w:w="70" w:type="dxa"/>
              <w:bottom w:w="55" w:type="dxa"/>
              <w:right w:w="70" w:type="dxa"/>
            </w:tcMar>
            <w:vAlign w:val="center"/>
          </w:tcPr>
          <w:p w14:paraId="595654C1" w14:textId="77777777" w:rsidR="009A43C3" w:rsidRDefault="00A60DCE">
            <w:r>
              <w:rPr>
                <w:sz w:val="16"/>
              </w:rPr>
              <w:br/>
            </w:r>
          </w:p>
        </w:tc>
      </w:tr>
      <w:tr w:rsidR="009A43C3" w14:paraId="7CFBA6D1" w14:textId="77777777">
        <w:trPr>
          <w:jc w:val="center"/>
        </w:trPr>
        <w:tc>
          <w:tcPr>
            <w:tcW w:w="3528" w:type="dxa"/>
            <w:shd w:val="clear" w:color="auto" w:fill="FFFFFF"/>
            <w:tcMar>
              <w:top w:w="55" w:type="dxa"/>
              <w:left w:w="70" w:type="dxa"/>
              <w:bottom w:w="55" w:type="dxa"/>
              <w:right w:w="70" w:type="dxa"/>
            </w:tcMar>
            <w:vAlign w:val="center"/>
          </w:tcPr>
          <w:p w14:paraId="3C6A44A7" w14:textId="77777777" w:rsidR="009A43C3" w:rsidRDefault="00A60DCE">
            <w:r>
              <w:rPr>
                <w:sz w:val="16"/>
              </w:rPr>
              <w:br/>
            </w:r>
          </w:p>
        </w:tc>
        <w:tc>
          <w:tcPr>
            <w:tcW w:w="1872" w:type="dxa"/>
            <w:shd w:val="clear" w:color="auto" w:fill="FFFFFF"/>
            <w:tcMar>
              <w:top w:w="55" w:type="dxa"/>
              <w:left w:w="70" w:type="dxa"/>
              <w:bottom w:w="55" w:type="dxa"/>
              <w:right w:w="70" w:type="dxa"/>
            </w:tcMar>
            <w:vAlign w:val="center"/>
          </w:tcPr>
          <w:p w14:paraId="53D89C26" w14:textId="77777777" w:rsidR="009A43C3" w:rsidRDefault="00A60DCE">
            <w:r>
              <w:rPr>
                <w:sz w:val="16"/>
              </w:rPr>
              <w:br/>
            </w:r>
          </w:p>
        </w:tc>
        <w:tc>
          <w:tcPr>
            <w:tcW w:w="2880" w:type="dxa"/>
            <w:shd w:val="clear" w:color="auto" w:fill="FFFFFF"/>
            <w:tcMar>
              <w:top w:w="55" w:type="dxa"/>
              <w:left w:w="70" w:type="dxa"/>
              <w:bottom w:w="55" w:type="dxa"/>
              <w:right w:w="70" w:type="dxa"/>
            </w:tcMar>
            <w:vAlign w:val="center"/>
          </w:tcPr>
          <w:p w14:paraId="37EB43B5" w14:textId="77777777" w:rsidR="009A43C3" w:rsidRDefault="00A60DCE">
            <w:r>
              <w:rPr>
                <w:sz w:val="16"/>
              </w:rPr>
              <w:br/>
            </w:r>
          </w:p>
        </w:tc>
        <w:tc>
          <w:tcPr>
            <w:tcW w:w="2376" w:type="dxa"/>
            <w:shd w:val="clear" w:color="auto" w:fill="FFFFFF"/>
            <w:tcMar>
              <w:top w:w="55" w:type="dxa"/>
              <w:left w:w="70" w:type="dxa"/>
              <w:bottom w:w="55" w:type="dxa"/>
              <w:right w:w="70" w:type="dxa"/>
            </w:tcMar>
            <w:vAlign w:val="center"/>
          </w:tcPr>
          <w:p w14:paraId="579151CA" w14:textId="77777777" w:rsidR="009A43C3" w:rsidRDefault="00A60DCE">
            <w:r>
              <w:rPr>
                <w:sz w:val="16"/>
              </w:rPr>
              <w:br/>
            </w:r>
          </w:p>
        </w:tc>
      </w:tr>
    </w:tbl>
    <w:p w14:paraId="5D3BAA77" w14:textId="77777777" w:rsidR="009A43C3" w:rsidRDefault="009A43C3">
      <w:pPr>
        <w:spacing w:after="0"/>
      </w:pPr>
    </w:p>
    <w:p w14:paraId="550791E3" w14:textId="77777777" w:rsidR="009A43C3" w:rsidRDefault="00A60DCE">
      <w:pPr>
        <w:spacing w:after="80"/>
      </w:pPr>
      <w:r>
        <w:t>☐ No known medical history to report   ☐ Additional medical history attached</w:t>
      </w:r>
    </w:p>
    <w:tbl>
      <w:tblPr>
        <w:tblW w:w="0" w:type="auto"/>
        <w:jc w:val="center"/>
        <w:tblLook w:val="04A0" w:firstRow="1" w:lastRow="0" w:firstColumn="1" w:lastColumn="0" w:noHBand="0" w:noVBand="1"/>
      </w:tblPr>
      <w:tblGrid>
        <w:gridCol w:w="10656"/>
      </w:tblGrid>
      <w:tr w:rsidR="009A43C3" w14:paraId="7A0DCA1D" w14:textId="77777777">
        <w:trPr>
          <w:jc w:val="center"/>
        </w:trPr>
        <w:tc>
          <w:tcPr>
            <w:tcW w:w="10656" w:type="dxa"/>
            <w:shd w:val="clear" w:color="auto" w:fill="355246"/>
            <w:tcMar>
              <w:top w:w="55" w:type="dxa"/>
              <w:left w:w="70" w:type="dxa"/>
              <w:bottom w:w="55" w:type="dxa"/>
              <w:right w:w="70" w:type="dxa"/>
            </w:tcMar>
            <w:vAlign w:val="center"/>
          </w:tcPr>
          <w:p w14:paraId="1E749892" w14:textId="77777777" w:rsidR="009A43C3" w:rsidRDefault="00A60DCE">
            <w:pPr>
              <w:keepNext/>
            </w:pPr>
            <w:r>
              <w:rPr>
                <w:b/>
                <w:color w:val="FFFFFF"/>
                <w:sz w:val="20"/>
              </w:rPr>
              <w:t>CURRENT MEDICATIONS</w:t>
            </w:r>
          </w:p>
        </w:tc>
      </w:tr>
    </w:tbl>
    <w:p w14:paraId="7E0FB9C3" w14:textId="77777777" w:rsidR="009A43C3" w:rsidRPr="00E5134A" w:rsidRDefault="00A60DCE">
      <w:pPr>
        <w:rPr>
          <w:b/>
          <w:bCs/>
        </w:rPr>
      </w:pPr>
      <w:r>
        <w:t>List all prescription medications, over the counter medications, vitamins, supplements, inhalers, injections, and as needed medications</w:t>
      </w:r>
      <w:r w:rsidRPr="00E5134A">
        <w:rPr>
          <w:b/>
          <w:bCs/>
        </w:rPr>
        <w:t>. Attach a current medication list if available.</w:t>
      </w:r>
    </w:p>
    <w:tbl>
      <w:tblPr>
        <w:tblStyle w:val="TableGrid"/>
        <w:tblW w:w="0" w:type="auto"/>
        <w:jc w:val="center"/>
        <w:tblLayout w:type="fixed"/>
        <w:tblLook w:val="04A0" w:firstRow="1" w:lastRow="0" w:firstColumn="1" w:lastColumn="0" w:noHBand="0" w:noVBand="1"/>
      </w:tblPr>
      <w:tblGrid>
        <w:gridCol w:w="3384"/>
        <w:gridCol w:w="2664"/>
        <w:gridCol w:w="2664"/>
        <w:gridCol w:w="2880"/>
      </w:tblGrid>
      <w:tr w:rsidR="009A43C3" w14:paraId="6BE13B22" w14:textId="77777777">
        <w:trPr>
          <w:tblHeader/>
          <w:jc w:val="center"/>
        </w:trPr>
        <w:tc>
          <w:tcPr>
            <w:tcW w:w="2664" w:type="dxa"/>
            <w:shd w:val="clear" w:color="auto" w:fill="355246"/>
            <w:tcMar>
              <w:top w:w="55" w:type="dxa"/>
              <w:left w:w="70" w:type="dxa"/>
              <w:bottom w:w="55" w:type="dxa"/>
              <w:right w:w="70" w:type="dxa"/>
            </w:tcMar>
            <w:vAlign w:val="center"/>
          </w:tcPr>
          <w:p w14:paraId="3C56582A" w14:textId="77777777" w:rsidR="009A43C3" w:rsidRDefault="00A60DCE">
            <w:pPr>
              <w:jc w:val="center"/>
            </w:pPr>
            <w:r>
              <w:rPr>
                <w:b/>
                <w:color w:val="FFFFFF"/>
                <w:sz w:val="15"/>
              </w:rPr>
              <w:t>Medication and strength</w:t>
            </w:r>
          </w:p>
        </w:tc>
        <w:tc>
          <w:tcPr>
            <w:tcW w:w="2664" w:type="dxa"/>
            <w:shd w:val="clear" w:color="auto" w:fill="355246"/>
            <w:tcMar>
              <w:top w:w="55" w:type="dxa"/>
              <w:left w:w="70" w:type="dxa"/>
              <w:bottom w:w="55" w:type="dxa"/>
              <w:right w:w="70" w:type="dxa"/>
            </w:tcMar>
            <w:vAlign w:val="center"/>
          </w:tcPr>
          <w:p w14:paraId="57811381" w14:textId="77777777" w:rsidR="009A43C3" w:rsidRDefault="00A60DCE">
            <w:pPr>
              <w:jc w:val="center"/>
            </w:pPr>
            <w:r>
              <w:rPr>
                <w:b/>
                <w:color w:val="FFFFFF"/>
                <w:sz w:val="15"/>
              </w:rPr>
              <w:t>Dose and route</w:t>
            </w:r>
          </w:p>
        </w:tc>
        <w:tc>
          <w:tcPr>
            <w:tcW w:w="2664" w:type="dxa"/>
            <w:shd w:val="clear" w:color="auto" w:fill="355246"/>
            <w:tcMar>
              <w:top w:w="55" w:type="dxa"/>
              <w:left w:w="70" w:type="dxa"/>
              <w:bottom w:w="55" w:type="dxa"/>
              <w:right w:w="70" w:type="dxa"/>
            </w:tcMar>
            <w:vAlign w:val="center"/>
          </w:tcPr>
          <w:p w14:paraId="0DD62A50" w14:textId="77777777" w:rsidR="009A43C3" w:rsidRDefault="00A60DCE">
            <w:pPr>
              <w:jc w:val="center"/>
            </w:pPr>
            <w:r>
              <w:rPr>
                <w:b/>
                <w:color w:val="FFFFFF"/>
                <w:sz w:val="15"/>
              </w:rPr>
              <w:t>Frequency or time</w:t>
            </w:r>
          </w:p>
        </w:tc>
        <w:tc>
          <w:tcPr>
            <w:tcW w:w="2664" w:type="dxa"/>
            <w:shd w:val="clear" w:color="auto" w:fill="355246"/>
            <w:tcMar>
              <w:top w:w="55" w:type="dxa"/>
              <w:left w:w="70" w:type="dxa"/>
              <w:bottom w:w="55" w:type="dxa"/>
              <w:right w:w="70" w:type="dxa"/>
            </w:tcMar>
            <w:vAlign w:val="center"/>
          </w:tcPr>
          <w:p w14:paraId="6C21E87F" w14:textId="77777777" w:rsidR="009A43C3" w:rsidRDefault="00A60DCE">
            <w:pPr>
              <w:jc w:val="center"/>
            </w:pPr>
            <w:r>
              <w:rPr>
                <w:b/>
                <w:color w:val="FFFFFF"/>
                <w:sz w:val="15"/>
              </w:rPr>
              <w:t>Reason or prescribing provider</w:t>
            </w:r>
          </w:p>
        </w:tc>
      </w:tr>
      <w:tr w:rsidR="009A43C3" w14:paraId="6055933A" w14:textId="77777777">
        <w:trPr>
          <w:jc w:val="center"/>
        </w:trPr>
        <w:tc>
          <w:tcPr>
            <w:tcW w:w="3384" w:type="dxa"/>
            <w:shd w:val="clear" w:color="auto" w:fill="FFFFFF"/>
            <w:tcMar>
              <w:top w:w="55" w:type="dxa"/>
              <w:left w:w="70" w:type="dxa"/>
              <w:bottom w:w="55" w:type="dxa"/>
              <w:right w:w="70" w:type="dxa"/>
            </w:tcMar>
            <w:vAlign w:val="center"/>
          </w:tcPr>
          <w:p w14:paraId="3AA66FE1" w14:textId="77777777" w:rsidR="009A43C3" w:rsidRDefault="00A60DCE">
            <w:r>
              <w:rPr>
                <w:sz w:val="16"/>
              </w:rPr>
              <w:br/>
            </w:r>
          </w:p>
        </w:tc>
        <w:tc>
          <w:tcPr>
            <w:tcW w:w="2088" w:type="dxa"/>
            <w:shd w:val="clear" w:color="auto" w:fill="FFFFFF"/>
            <w:tcMar>
              <w:top w:w="55" w:type="dxa"/>
              <w:left w:w="70" w:type="dxa"/>
              <w:bottom w:w="55" w:type="dxa"/>
              <w:right w:w="70" w:type="dxa"/>
            </w:tcMar>
            <w:vAlign w:val="center"/>
          </w:tcPr>
          <w:p w14:paraId="1E1ECD34" w14:textId="77777777" w:rsidR="009A43C3" w:rsidRDefault="00A60DCE">
            <w:r>
              <w:rPr>
                <w:sz w:val="16"/>
              </w:rPr>
              <w:br/>
            </w:r>
          </w:p>
        </w:tc>
        <w:tc>
          <w:tcPr>
            <w:tcW w:w="2304" w:type="dxa"/>
            <w:shd w:val="clear" w:color="auto" w:fill="FFFFFF"/>
            <w:tcMar>
              <w:top w:w="55" w:type="dxa"/>
              <w:left w:w="70" w:type="dxa"/>
              <w:bottom w:w="55" w:type="dxa"/>
              <w:right w:w="70" w:type="dxa"/>
            </w:tcMar>
            <w:vAlign w:val="center"/>
          </w:tcPr>
          <w:p w14:paraId="1EB2FBCA" w14:textId="77777777" w:rsidR="009A43C3" w:rsidRDefault="00A60DCE">
            <w:r>
              <w:rPr>
                <w:sz w:val="16"/>
              </w:rPr>
              <w:br/>
            </w:r>
          </w:p>
        </w:tc>
        <w:tc>
          <w:tcPr>
            <w:tcW w:w="2880" w:type="dxa"/>
            <w:shd w:val="clear" w:color="auto" w:fill="FFFFFF"/>
            <w:tcMar>
              <w:top w:w="55" w:type="dxa"/>
              <w:left w:w="70" w:type="dxa"/>
              <w:bottom w:w="55" w:type="dxa"/>
              <w:right w:w="70" w:type="dxa"/>
            </w:tcMar>
            <w:vAlign w:val="center"/>
          </w:tcPr>
          <w:p w14:paraId="53723B30" w14:textId="77777777" w:rsidR="009A43C3" w:rsidRDefault="00A60DCE">
            <w:r>
              <w:rPr>
                <w:sz w:val="16"/>
              </w:rPr>
              <w:br/>
            </w:r>
          </w:p>
        </w:tc>
      </w:tr>
      <w:tr w:rsidR="009A43C3" w14:paraId="22915495" w14:textId="77777777">
        <w:trPr>
          <w:jc w:val="center"/>
        </w:trPr>
        <w:tc>
          <w:tcPr>
            <w:tcW w:w="3384" w:type="dxa"/>
            <w:shd w:val="clear" w:color="auto" w:fill="FFFFFF"/>
            <w:tcMar>
              <w:top w:w="55" w:type="dxa"/>
              <w:left w:w="70" w:type="dxa"/>
              <w:bottom w:w="55" w:type="dxa"/>
              <w:right w:w="70" w:type="dxa"/>
            </w:tcMar>
            <w:vAlign w:val="center"/>
          </w:tcPr>
          <w:p w14:paraId="4DFDFC66" w14:textId="77777777" w:rsidR="009A43C3" w:rsidRDefault="00A60DCE">
            <w:r>
              <w:rPr>
                <w:sz w:val="16"/>
              </w:rPr>
              <w:br/>
            </w:r>
          </w:p>
        </w:tc>
        <w:tc>
          <w:tcPr>
            <w:tcW w:w="2088" w:type="dxa"/>
            <w:shd w:val="clear" w:color="auto" w:fill="FFFFFF"/>
            <w:tcMar>
              <w:top w:w="55" w:type="dxa"/>
              <w:left w:w="70" w:type="dxa"/>
              <w:bottom w:w="55" w:type="dxa"/>
              <w:right w:w="70" w:type="dxa"/>
            </w:tcMar>
            <w:vAlign w:val="center"/>
          </w:tcPr>
          <w:p w14:paraId="23C8B736" w14:textId="77777777" w:rsidR="009A43C3" w:rsidRDefault="00A60DCE">
            <w:r>
              <w:rPr>
                <w:sz w:val="16"/>
              </w:rPr>
              <w:br/>
            </w:r>
          </w:p>
        </w:tc>
        <w:tc>
          <w:tcPr>
            <w:tcW w:w="2304" w:type="dxa"/>
            <w:shd w:val="clear" w:color="auto" w:fill="FFFFFF"/>
            <w:tcMar>
              <w:top w:w="55" w:type="dxa"/>
              <w:left w:w="70" w:type="dxa"/>
              <w:bottom w:w="55" w:type="dxa"/>
              <w:right w:w="70" w:type="dxa"/>
            </w:tcMar>
            <w:vAlign w:val="center"/>
          </w:tcPr>
          <w:p w14:paraId="66296A82" w14:textId="77777777" w:rsidR="009A43C3" w:rsidRDefault="00A60DCE">
            <w:r>
              <w:rPr>
                <w:sz w:val="16"/>
              </w:rPr>
              <w:br/>
            </w:r>
          </w:p>
        </w:tc>
        <w:tc>
          <w:tcPr>
            <w:tcW w:w="2880" w:type="dxa"/>
            <w:shd w:val="clear" w:color="auto" w:fill="FFFFFF"/>
            <w:tcMar>
              <w:top w:w="55" w:type="dxa"/>
              <w:left w:w="70" w:type="dxa"/>
              <w:bottom w:w="55" w:type="dxa"/>
              <w:right w:w="70" w:type="dxa"/>
            </w:tcMar>
            <w:vAlign w:val="center"/>
          </w:tcPr>
          <w:p w14:paraId="5DE7D989" w14:textId="77777777" w:rsidR="009A43C3" w:rsidRDefault="00A60DCE">
            <w:r>
              <w:rPr>
                <w:sz w:val="16"/>
              </w:rPr>
              <w:br/>
            </w:r>
          </w:p>
        </w:tc>
      </w:tr>
      <w:tr w:rsidR="009A43C3" w14:paraId="5BB69E14" w14:textId="77777777">
        <w:trPr>
          <w:jc w:val="center"/>
        </w:trPr>
        <w:tc>
          <w:tcPr>
            <w:tcW w:w="3384" w:type="dxa"/>
            <w:shd w:val="clear" w:color="auto" w:fill="FFFFFF"/>
            <w:tcMar>
              <w:top w:w="55" w:type="dxa"/>
              <w:left w:w="70" w:type="dxa"/>
              <w:bottom w:w="55" w:type="dxa"/>
              <w:right w:w="70" w:type="dxa"/>
            </w:tcMar>
            <w:vAlign w:val="center"/>
          </w:tcPr>
          <w:p w14:paraId="3C669C9D" w14:textId="77777777" w:rsidR="009A43C3" w:rsidRDefault="00A60DCE">
            <w:r>
              <w:rPr>
                <w:sz w:val="16"/>
              </w:rPr>
              <w:br/>
            </w:r>
          </w:p>
        </w:tc>
        <w:tc>
          <w:tcPr>
            <w:tcW w:w="2088" w:type="dxa"/>
            <w:shd w:val="clear" w:color="auto" w:fill="FFFFFF"/>
            <w:tcMar>
              <w:top w:w="55" w:type="dxa"/>
              <w:left w:w="70" w:type="dxa"/>
              <w:bottom w:w="55" w:type="dxa"/>
              <w:right w:w="70" w:type="dxa"/>
            </w:tcMar>
            <w:vAlign w:val="center"/>
          </w:tcPr>
          <w:p w14:paraId="47930DA0" w14:textId="77777777" w:rsidR="009A43C3" w:rsidRDefault="00A60DCE">
            <w:r>
              <w:rPr>
                <w:sz w:val="16"/>
              </w:rPr>
              <w:br/>
            </w:r>
          </w:p>
        </w:tc>
        <w:tc>
          <w:tcPr>
            <w:tcW w:w="2304" w:type="dxa"/>
            <w:shd w:val="clear" w:color="auto" w:fill="FFFFFF"/>
            <w:tcMar>
              <w:top w:w="55" w:type="dxa"/>
              <w:left w:w="70" w:type="dxa"/>
              <w:bottom w:w="55" w:type="dxa"/>
              <w:right w:w="70" w:type="dxa"/>
            </w:tcMar>
            <w:vAlign w:val="center"/>
          </w:tcPr>
          <w:p w14:paraId="6F7E7DC0" w14:textId="77777777" w:rsidR="009A43C3" w:rsidRDefault="00A60DCE">
            <w:r>
              <w:rPr>
                <w:sz w:val="16"/>
              </w:rPr>
              <w:br/>
            </w:r>
          </w:p>
        </w:tc>
        <w:tc>
          <w:tcPr>
            <w:tcW w:w="2880" w:type="dxa"/>
            <w:shd w:val="clear" w:color="auto" w:fill="FFFFFF"/>
            <w:tcMar>
              <w:top w:w="55" w:type="dxa"/>
              <w:left w:w="70" w:type="dxa"/>
              <w:bottom w:w="55" w:type="dxa"/>
              <w:right w:w="70" w:type="dxa"/>
            </w:tcMar>
            <w:vAlign w:val="center"/>
          </w:tcPr>
          <w:p w14:paraId="62AB2BA7" w14:textId="77777777" w:rsidR="009A43C3" w:rsidRDefault="00A60DCE">
            <w:r>
              <w:rPr>
                <w:sz w:val="16"/>
              </w:rPr>
              <w:br/>
            </w:r>
          </w:p>
        </w:tc>
      </w:tr>
      <w:tr w:rsidR="009A43C3" w14:paraId="5A4A25AF" w14:textId="77777777">
        <w:trPr>
          <w:jc w:val="center"/>
        </w:trPr>
        <w:tc>
          <w:tcPr>
            <w:tcW w:w="3384" w:type="dxa"/>
            <w:shd w:val="clear" w:color="auto" w:fill="FFFFFF"/>
            <w:tcMar>
              <w:top w:w="55" w:type="dxa"/>
              <w:left w:w="70" w:type="dxa"/>
              <w:bottom w:w="55" w:type="dxa"/>
              <w:right w:w="70" w:type="dxa"/>
            </w:tcMar>
            <w:vAlign w:val="center"/>
          </w:tcPr>
          <w:p w14:paraId="07DB3B23" w14:textId="77777777" w:rsidR="009A43C3" w:rsidRDefault="00A60DCE">
            <w:r>
              <w:rPr>
                <w:sz w:val="16"/>
              </w:rPr>
              <w:br/>
            </w:r>
          </w:p>
        </w:tc>
        <w:tc>
          <w:tcPr>
            <w:tcW w:w="2088" w:type="dxa"/>
            <w:shd w:val="clear" w:color="auto" w:fill="FFFFFF"/>
            <w:tcMar>
              <w:top w:w="55" w:type="dxa"/>
              <w:left w:w="70" w:type="dxa"/>
              <w:bottom w:w="55" w:type="dxa"/>
              <w:right w:w="70" w:type="dxa"/>
            </w:tcMar>
            <w:vAlign w:val="center"/>
          </w:tcPr>
          <w:p w14:paraId="00786757" w14:textId="77777777" w:rsidR="009A43C3" w:rsidRDefault="00A60DCE">
            <w:r>
              <w:rPr>
                <w:sz w:val="16"/>
              </w:rPr>
              <w:br/>
            </w:r>
          </w:p>
        </w:tc>
        <w:tc>
          <w:tcPr>
            <w:tcW w:w="2304" w:type="dxa"/>
            <w:shd w:val="clear" w:color="auto" w:fill="FFFFFF"/>
            <w:tcMar>
              <w:top w:w="55" w:type="dxa"/>
              <w:left w:w="70" w:type="dxa"/>
              <w:bottom w:w="55" w:type="dxa"/>
              <w:right w:w="70" w:type="dxa"/>
            </w:tcMar>
            <w:vAlign w:val="center"/>
          </w:tcPr>
          <w:p w14:paraId="26211BDF" w14:textId="77777777" w:rsidR="009A43C3" w:rsidRDefault="00A60DCE">
            <w:r>
              <w:rPr>
                <w:sz w:val="16"/>
              </w:rPr>
              <w:br/>
            </w:r>
          </w:p>
        </w:tc>
        <w:tc>
          <w:tcPr>
            <w:tcW w:w="2880" w:type="dxa"/>
            <w:shd w:val="clear" w:color="auto" w:fill="FFFFFF"/>
            <w:tcMar>
              <w:top w:w="55" w:type="dxa"/>
              <w:left w:w="70" w:type="dxa"/>
              <w:bottom w:w="55" w:type="dxa"/>
              <w:right w:w="70" w:type="dxa"/>
            </w:tcMar>
            <w:vAlign w:val="center"/>
          </w:tcPr>
          <w:p w14:paraId="5F36F461" w14:textId="77777777" w:rsidR="009A43C3" w:rsidRDefault="00A60DCE">
            <w:r>
              <w:rPr>
                <w:sz w:val="16"/>
              </w:rPr>
              <w:br/>
            </w:r>
          </w:p>
        </w:tc>
      </w:tr>
      <w:tr w:rsidR="009A43C3" w14:paraId="388C8A1E" w14:textId="77777777">
        <w:trPr>
          <w:jc w:val="center"/>
        </w:trPr>
        <w:tc>
          <w:tcPr>
            <w:tcW w:w="3384" w:type="dxa"/>
            <w:shd w:val="clear" w:color="auto" w:fill="FFFFFF"/>
            <w:tcMar>
              <w:top w:w="55" w:type="dxa"/>
              <w:left w:w="70" w:type="dxa"/>
              <w:bottom w:w="55" w:type="dxa"/>
              <w:right w:w="70" w:type="dxa"/>
            </w:tcMar>
            <w:vAlign w:val="center"/>
          </w:tcPr>
          <w:p w14:paraId="69949711" w14:textId="77777777" w:rsidR="009A43C3" w:rsidRDefault="00A60DCE">
            <w:r>
              <w:rPr>
                <w:sz w:val="16"/>
              </w:rPr>
              <w:br/>
            </w:r>
          </w:p>
        </w:tc>
        <w:tc>
          <w:tcPr>
            <w:tcW w:w="2088" w:type="dxa"/>
            <w:shd w:val="clear" w:color="auto" w:fill="FFFFFF"/>
            <w:tcMar>
              <w:top w:w="55" w:type="dxa"/>
              <w:left w:w="70" w:type="dxa"/>
              <w:bottom w:w="55" w:type="dxa"/>
              <w:right w:w="70" w:type="dxa"/>
            </w:tcMar>
            <w:vAlign w:val="center"/>
          </w:tcPr>
          <w:p w14:paraId="047467FB" w14:textId="77777777" w:rsidR="009A43C3" w:rsidRDefault="00A60DCE">
            <w:r>
              <w:rPr>
                <w:sz w:val="16"/>
              </w:rPr>
              <w:br/>
            </w:r>
          </w:p>
        </w:tc>
        <w:tc>
          <w:tcPr>
            <w:tcW w:w="2304" w:type="dxa"/>
            <w:shd w:val="clear" w:color="auto" w:fill="FFFFFF"/>
            <w:tcMar>
              <w:top w:w="55" w:type="dxa"/>
              <w:left w:w="70" w:type="dxa"/>
              <w:bottom w:w="55" w:type="dxa"/>
              <w:right w:w="70" w:type="dxa"/>
            </w:tcMar>
            <w:vAlign w:val="center"/>
          </w:tcPr>
          <w:p w14:paraId="00C5C4E1" w14:textId="77777777" w:rsidR="009A43C3" w:rsidRDefault="00A60DCE">
            <w:r>
              <w:rPr>
                <w:sz w:val="16"/>
              </w:rPr>
              <w:br/>
            </w:r>
          </w:p>
        </w:tc>
        <w:tc>
          <w:tcPr>
            <w:tcW w:w="2880" w:type="dxa"/>
            <w:shd w:val="clear" w:color="auto" w:fill="FFFFFF"/>
            <w:tcMar>
              <w:top w:w="55" w:type="dxa"/>
              <w:left w:w="70" w:type="dxa"/>
              <w:bottom w:w="55" w:type="dxa"/>
              <w:right w:w="70" w:type="dxa"/>
            </w:tcMar>
            <w:vAlign w:val="center"/>
          </w:tcPr>
          <w:p w14:paraId="3E1EA429" w14:textId="77777777" w:rsidR="009A43C3" w:rsidRDefault="00A60DCE">
            <w:r>
              <w:rPr>
                <w:sz w:val="16"/>
              </w:rPr>
              <w:br/>
            </w:r>
          </w:p>
        </w:tc>
      </w:tr>
      <w:tr w:rsidR="009A43C3" w14:paraId="5EACFE90" w14:textId="77777777">
        <w:trPr>
          <w:jc w:val="center"/>
        </w:trPr>
        <w:tc>
          <w:tcPr>
            <w:tcW w:w="3384" w:type="dxa"/>
            <w:shd w:val="clear" w:color="auto" w:fill="FFFFFF"/>
            <w:tcMar>
              <w:top w:w="55" w:type="dxa"/>
              <w:left w:w="70" w:type="dxa"/>
              <w:bottom w:w="55" w:type="dxa"/>
              <w:right w:w="70" w:type="dxa"/>
            </w:tcMar>
            <w:vAlign w:val="center"/>
          </w:tcPr>
          <w:p w14:paraId="029B824F" w14:textId="77777777" w:rsidR="009A43C3" w:rsidRDefault="00A60DCE">
            <w:r>
              <w:rPr>
                <w:sz w:val="16"/>
              </w:rPr>
              <w:br/>
            </w:r>
          </w:p>
        </w:tc>
        <w:tc>
          <w:tcPr>
            <w:tcW w:w="2088" w:type="dxa"/>
            <w:shd w:val="clear" w:color="auto" w:fill="FFFFFF"/>
            <w:tcMar>
              <w:top w:w="55" w:type="dxa"/>
              <w:left w:w="70" w:type="dxa"/>
              <w:bottom w:w="55" w:type="dxa"/>
              <w:right w:w="70" w:type="dxa"/>
            </w:tcMar>
            <w:vAlign w:val="center"/>
          </w:tcPr>
          <w:p w14:paraId="22E2C946" w14:textId="77777777" w:rsidR="009A43C3" w:rsidRDefault="00A60DCE">
            <w:r>
              <w:rPr>
                <w:sz w:val="16"/>
              </w:rPr>
              <w:br/>
            </w:r>
          </w:p>
        </w:tc>
        <w:tc>
          <w:tcPr>
            <w:tcW w:w="2304" w:type="dxa"/>
            <w:shd w:val="clear" w:color="auto" w:fill="FFFFFF"/>
            <w:tcMar>
              <w:top w:w="55" w:type="dxa"/>
              <w:left w:w="70" w:type="dxa"/>
              <w:bottom w:w="55" w:type="dxa"/>
              <w:right w:w="70" w:type="dxa"/>
            </w:tcMar>
            <w:vAlign w:val="center"/>
          </w:tcPr>
          <w:p w14:paraId="71503B3A" w14:textId="77777777" w:rsidR="009A43C3" w:rsidRDefault="00A60DCE">
            <w:r>
              <w:rPr>
                <w:sz w:val="16"/>
              </w:rPr>
              <w:br/>
            </w:r>
          </w:p>
        </w:tc>
        <w:tc>
          <w:tcPr>
            <w:tcW w:w="2880" w:type="dxa"/>
            <w:shd w:val="clear" w:color="auto" w:fill="FFFFFF"/>
            <w:tcMar>
              <w:top w:w="55" w:type="dxa"/>
              <w:left w:w="70" w:type="dxa"/>
              <w:bottom w:w="55" w:type="dxa"/>
              <w:right w:w="70" w:type="dxa"/>
            </w:tcMar>
            <w:vAlign w:val="center"/>
          </w:tcPr>
          <w:p w14:paraId="2DFD04C6" w14:textId="77777777" w:rsidR="009A43C3" w:rsidRDefault="00A60DCE">
            <w:r>
              <w:rPr>
                <w:sz w:val="16"/>
              </w:rPr>
              <w:br/>
            </w:r>
          </w:p>
        </w:tc>
      </w:tr>
      <w:tr w:rsidR="009A43C3" w14:paraId="6D629665" w14:textId="77777777">
        <w:trPr>
          <w:jc w:val="center"/>
        </w:trPr>
        <w:tc>
          <w:tcPr>
            <w:tcW w:w="3384" w:type="dxa"/>
            <w:shd w:val="clear" w:color="auto" w:fill="FFFFFF"/>
            <w:tcMar>
              <w:top w:w="55" w:type="dxa"/>
              <w:left w:w="70" w:type="dxa"/>
              <w:bottom w:w="55" w:type="dxa"/>
              <w:right w:w="70" w:type="dxa"/>
            </w:tcMar>
            <w:vAlign w:val="center"/>
          </w:tcPr>
          <w:p w14:paraId="2DAEC3F6" w14:textId="77777777" w:rsidR="009A43C3" w:rsidRDefault="00A60DCE">
            <w:r>
              <w:rPr>
                <w:sz w:val="16"/>
              </w:rPr>
              <w:br/>
            </w:r>
          </w:p>
        </w:tc>
        <w:tc>
          <w:tcPr>
            <w:tcW w:w="2088" w:type="dxa"/>
            <w:shd w:val="clear" w:color="auto" w:fill="FFFFFF"/>
            <w:tcMar>
              <w:top w:w="55" w:type="dxa"/>
              <w:left w:w="70" w:type="dxa"/>
              <w:bottom w:w="55" w:type="dxa"/>
              <w:right w:w="70" w:type="dxa"/>
            </w:tcMar>
            <w:vAlign w:val="center"/>
          </w:tcPr>
          <w:p w14:paraId="24A0928E" w14:textId="77777777" w:rsidR="009A43C3" w:rsidRDefault="00A60DCE">
            <w:r>
              <w:rPr>
                <w:sz w:val="16"/>
              </w:rPr>
              <w:br/>
            </w:r>
          </w:p>
        </w:tc>
        <w:tc>
          <w:tcPr>
            <w:tcW w:w="2304" w:type="dxa"/>
            <w:shd w:val="clear" w:color="auto" w:fill="FFFFFF"/>
            <w:tcMar>
              <w:top w:w="55" w:type="dxa"/>
              <w:left w:w="70" w:type="dxa"/>
              <w:bottom w:w="55" w:type="dxa"/>
              <w:right w:w="70" w:type="dxa"/>
            </w:tcMar>
            <w:vAlign w:val="center"/>
          </w:tcPr>
          <w:p w14:paraId="3F23116D" w14:textId="77777777" w:rsidR="009A43C3" w:rsidRDefault="00A60DCE">
            <w:r>
              <w:rPr>
                <w:sz w:val="16"/>
              </w:rPr>
              <w:br/>
            </w:r>
          </w:p>
        </w:tc>
        <w:tc>
          <w:tcPr>
            <w:tcW w:w="2880" w:type="dxa"/>
            <w:shd w:val="clear" w:color="auto" w:fill="FFFFFF"/>
            <w:tcMar>
              <w:top w:w="55" w:type="dxa"/>
              <w:left w:w="70" w:type="dxa"/>
              <w:bottom w:w="55" w:type="dxa"/>
              <w:right w:w="70" w:type="dxa"/>
            </w:tcMar>
            <w:vAlign w:val="center"/>
          </w:tcPr>
          <w:p w14:paraId="3F605325" w14:textId="77777777" w:rsidR="009A43C3" w:rsidRDefault="00A60DCE">
            <w:r>
              <w:rPr>
                <w:sz w:val="16"/>
              </w:rPr>
              <w:br/>
            </w:r>
          </w:p>
        </w:tc>
      </w:tr>
      <w:tr w:rsidR="009A43C3" w14:paraId="410CB620" w14:textId="77777777">
        <w:trPr>
          <w:jc w:val="center"/>
        </w:trPr>
        <w:tc>
          <w:tcPr>
            <w:tcW w:w="3384" w:type="dxa"/>
            <w:shd w:val="clear" w:color="auto" w:fill="FFFFFF"/>
            <w:tcMar>
              <w:top w:w="55" w:type="dxa"/>
              <w:left w:w="70" w:type="dxa"/>
              <w:bottom w:w="55" w:type="dxa"/>
              <w:right w:w="70" w:type="dxa"/>
            </w:tcMar>
            <w:vAlign w:val="center"/>
          </w:tcPr>
          <w:p w14:paraId="7A30865E" w14:textId="77777777" w:rsidR="009A43C3" w:rsidRDefault="00A60DCE">
            <w:r>
              <w:rPr>
                <w:sz w:val="16"/>
              </w:rPr>
              <w:br/>
            </w:r>
          </w:p>
        </w:tc>
        <w:tc>
          <w:tcPr>
            <w:tcW w:w="2088" w:type="dxa"/>
            <w:shd w:val="clear" w:color="auto" w:fill="FFFFFF"/>
            <w:tcMar>
              <w:top w:w="55" w:type="dxa"/>
              <w:left w:w="70" w:type="dxa"/>
              <w:bottom w:w="55" w:type="dxa"/>
              <w:right w:w="70" w:type="dxa"/>
            </w:tcMar>
            <w:vAlign w:val="center"/>
          </w:tcPr>
          <w:p w14:paraId="329FB0B8" w14:textId="77777777" w:rsidR="009A43C3" w:rsidRDefault="00A60DCE">
            <w:r>
              <w:rPr>
                <w:sz w:val="16"/>
              </w:rPr>
              <w:br/>
            </w:r>
          </w:p>
        </w:tc>
        <w:tc>
          <w:tcPr>
            <w:tcW w:w="2304" w:type="dxa"/>
            <w:shd w:val="clear" w:color="auto" w:fill="FFFFFF"/>
            <w:tcMar>
              <w:top w:w="55" w:type="dxa"/>
              <w:left w:w="70" w:type="dxa"/>
              <w:bottom w:w="55" w:type="dxa"/>
              <w:right w:w="70" w:type="dxa"/>
            </w:tcMar>
            <w:vAlign w:val="center"/>
          </w:tcPr>
          <w:p w14:paraId="334B6454" w14:textId="77777777" w:rsidR="009A43C3" w:rsidRDefault="00A60DCE">
            <w:r>
              <w:rPr>
                <w:sz w:val="16"/>
              </w:rPr>
              <w:br/>
            </w:r>
          </w:p>
        </w:tc>
        <w:tc>
          <w:tcPr>
            <w:tcW w:w="2880" w:type="dxa"/>
            <w:shd w:val="clear" w:color="auto" w:fill="FFFFFF"/>
            <w:tcMar>
              <w:top w:w="55" w:type="dxa"/>
              <w:left w:w="70" w:type="dxa"/>
              <w:bottom w:w="55" w:type="dxa"/>
              <w:right w:w="70" w:type="dxa"/>
            </w:tcMar>
            <w:vAlign w:val="center"/>
          </w:tcPr>
          <w:p w14:paraId="6E54AA0D" w14:textId="77777777" w:rsidR="009A43C3" w:rsidRDefault="00A60DCE">
            <w:r>
              <w:rPr>
                <w:sz w:val="16"/>
              </w:rPr>
              <w:br/>
            </w:r>
          </w:p>
        </w:tc>
      </w:tr>
      <w:tr w:rsidR="009A43C3" w14:paraId="1E18864A" w14:textId="77777777">
        <w:trPr>
          <w:jc w:val="center"/>
        </w:trPr>
        <w:tc>
          <w:tcPr>
            <w:tcW w:w="3384" w:type="dxa"/>
            <w:shd w:val="clear" w:color="auto" w:fill="FFFFFF"/>
            <w:tcMar>
              <w:top w:w="55" w:type="dxa"/>
              <w:left w:w="70" w:type="dxa"/>
              <w:bottom w:w="55" w:type="dxa"/>
              <w:right w:w="70" w:type="dxa"/>
            </w:tcMar>
            <w:vAlign w:val="center"/>
          </w:tcPr>
          <w:p w14:paraId="1FB3B7C7" w14:textId="77777777" w:rsidR="009A43C3" w:rsidRDefault="00A60DCE">
            <w:r>
              <w:rPr>
                <w:sz w:val="16"/>
              </w:rPr>
              <w:br/>
            </w:r>
          </w:p>
        </w:tc>
        <w:tc>
          <w:tcPr>
            <w:tcW w:w="2088" w:type="dxa"/>
            <w:shd w:val="clear" w:color="auto" w:fill="FFFFFF"/>
            <w:tcMar>
              <w:top w:w="55" w:type="dxa"/>
              <w:left w:w="70" w:type="dxa"/>
              <w:bottom w:w="55" w:type="dxa"/>
              <w:right w:w="70" w:type="dxa"/>
            </w:tcMar>
            <w:vAlign w:val="center"/>
          </w:tcPr>
          <w:p w14:paraId="4C9E1214" w14:textId="77777777" w:rsidR="009A43C3" w:rsidRDefault="00A60DCE">
            <w:r>
              <w:rPr>
                <w:sz w:val="16"/>
              </w:rPr>
              <w:br/>
            </w:r>
          </w:p>
        </w:tc>
        <w:tc>
          <w:tcPr>
            <w:tcW w:w="2304" w:type="dxa"/>
            <w:shd w:val="clear" w:color="auto" w:fill="FFFFFF"/>
            <w:tcMar>
              <w:top w:w="55" w:type="dxa"/>
              <w:left w:w="70" w:type="dxa"/>
              <w:bottom w:w="55" w:type="dxa"/>
              <w:right w:w="70" w:type="dxa"/>
            </w:tcMar>
            <w:vAlign w:val="center"/>
          </w:tcPr>
          <w:p w14:paraId="6728595D" w14:textId="77777777" w:rsidR="009A43C3" w:rsidRDefault="00A60DCE">
            <w:r>
              <w:rPr>
                <w:sz w:val="16"/>
              </w:rPr>
              <w:br/>
            </w:r>
          </w:p>
        </w:tc>
        <w:tc>
          <w:tcPr>
            <w:tcW w:w="2880" w:type="dxa"/>
            <w:shd w:val="clear" w:color="auto" w:fill="FFFFFF"/>
            <w:tcMar>
              <w:top w:w="55" w:type="dxa"/>
              <w:left w:w="70" w:type="dxa"/>
              <w:bottom w:w="55" w:type="dxa"/>
              <w:right w:w="70" w:type="dxa"/>
            </w:tcMar>
            <w:vAlign w:val="center"/>
          </w:tcPr>
          <w:p w14:paraId="11F9254C" w14:textId="77777777" w:rsidR="009A43C3" w:rsidRDefault="00A60DCE">
            <w:r>
              <w:rPr>
                <w:sz w:val="16"/>
              </w:rPr>
              <w:br/>
            </w:r>
          </w:p>
        </w:tc>
      </w:tr>
      <w:tr w:rsidR="009A43C3" w14:paraId="095FD3B2" w14:textId="77777777">
        <w:trPr>
          <w:jc w:val="center"/>
        </w:trPr>
        <w:tc>
          <w:tcPr>
            <w:tcW w:w="3384" w:type="dxa"/>
            <w:shd w:val="clear" w:color="auto" w:fill="FFFFFF"/>
            <w:tcMar>
              <w:top w:w="55" w:type="dxa"/>
              <w:left w:w="70" w:type="dxa"/>
              <w:bottom w:w="55" w:type="dxa"/>
              <w:right w:w="70" w:type="dxa"/>
            </w:tcMar>
            <w:vAlign w:val="center"/>
          </w:tcPr>
          <w:p w14:paraId="2DE488C5" w14:textId="77777777" w:rsidR="009A43C3" w:rsidRDefault="00A60DCE">
            <w:r>
              <w:rPr>
                <w:sz w:val="16"/>
              </w:rPr>
              <w:br/>
            </w:r>
          </w:p>
        </w:tc>
        <w:tc>
          <w:tcPr>
            <w:tcW w:w="2088" w:type="dxa"/>
            <w:shd w:val="clear" w:color="auto" w:fill="FFFFFF"/>
            <w:tcMar>
              <w:top w:w="55" w:type="dxa"/>
              <w:left w:w="70" w:type="dxa"/>
              <w:bottom w:w="55" w:type="dxa"/>
              <w:right w:w="70" w:type="dxa"/>
            </w:tcMar>
            <w:vAlign w:val="center"/>
          </w:tcPr>
          <w:p w14:paraId="335FB6C6" w14:textId="77777777" w:rsidR="009A43C3" w:rsidRDefault="00A60DCE">
            <w:r>
              <w:rPr>
                <w:sz w:val="16"/>
              </w:rPr>
              <w:br/>
            </w:r>
          </w:p>
        </w:tc>
        <w:tc>
          <w:tcPr>
            <w:tcW w:w="2304" w:type="dxa"/>
            <w:shd w:val="clear" w:color="auto" w:fill="FFFFFF"/>
            <w:tcMar>
              <w:top w:w="55" w:type="dxa"/>
              <w:left w:w="70" w:type="dxa"/>
              <w:bottom w:w="55" w:type="dxa"/>
              <w:right w:w="70" w:type="dxa"/>
            </w:tcMar>
            <w:vAlign w:val="center"/>
          </w:tcPr>
          <w:p w14:paraId="79F38F29" w14:textId="77777777" w:rsidR="009A43C3" w:rsidRDefault="00A60DCE">
            <w:r>
              <w:rPr>
                <w:sz w:val="16"/>
              </w:rPr>
              <w:br/>
            </w:r>
          </w:p>
        </w:tc>
        <w:tc>
          <w:tcPr>
            <w:tcW w:w="2880" w:type="dxa"/>
            <w:shd w:val="clear" w:color="auto" w:fill="FFFFFF"/>
            <w:tcMar>
              <w:top w:w="55" w:type="dxa"/>
              <w:left w:w="70" w:type="dxa"/>
              <w:bottom w:w="55" w:type="dxa"/>
              <w:right w:w="70" w:type="dxa"/>
            </w:tcMar>
            <w:vAlign w:val="center"/>
          </w:tcPr>
          <w:p w14:paraId="0FC811CE" w14:textId="77777777" w:rsidR="009A43C3" w:rsidRDefault="00A60DCE">
            <w:r>
              <w:rPr>
                <w:sz w:val="16"/>
              </w:rPr>
              <w:br/>
            </w:r>
          </w:p>
        </w:tc>
      </w:tr>
    </w:tbl>
    <w:p w14:paraId="3C490E8F" w14:textId="77777777" w:rsidR="009A43C3" w:rsidRDefault="009A43C3">
      <w:pPr>
        <w:spacing w:after="0"/>
      </w:pPr>
    </w:p>
    <w:p w14:paraId="59C054F2" w14:textId="77777777" w:rsidR="009A43C3" w:rsidRDefault="00A60DCE">
      <w:pPr>
        <w:spacing w:after="80"/>
      </w:pPr>
      <w:r>
        <w:t>☐ No current medications   ☐ Current medication list attached   ☐ Medication information verified by pharmacy or provider</w:t>
      </w:r>
    </w:p>
    <w:tbl>
      <w:tblPr>
        <w:tblW w:w="0" w:type="auto"/>
        <w:jc w:val="center"/>
        <w:tblLook w:val="04A0" w:firstRow="1" w:lastRow="0" w:firstColumn="1" w:lastColumn="0" w:noHBand="0" w:noVBand="1"/>
      </w:tblPr>
      <w:tblGrid>
        <w:gridCol w:w="10656"/>
      </w:tblGrid>
      <w:tr w:rsidR="009A43C3" w14:paraId="6A5D8360" w14:textId="77777777">
        <w:trPr>
          <w:jc w:val="center"/>
        </w:trPr>
        <w:tc>
          <w:tcPr>
            <w:tcW w:w="10656" w:type="dxa"/>
            <w:shd w:val="clear" w:color="auto" w:fill="355246"/>
            <w:tcMar>
              <w:top w:w="55" w:type="dxa"/>
              <w:left w:w="70" w:type="dxa"/>
              <w:bottom w:w="55" w:type="dxa"/>
              <w:right w:w="70" w:type="dxa"/>
            </w:tcMar>
            <w:vAlign w:val="center"/>
          </w:tcPr>
          <w:p w14:paraId="4287AF51" w14:textId="77777777" w:rsidR="009A43C3" w:rsidRDefault="00A60DCE">
            <w:pPr>
              <w:keepNext/>
            </w:pPr>
            <w:r>
              <w:rPr>
                <w:b/>
                <w:color w:val="FFFFFF"/>
                <w:sz w:val="20"/>
              </w:rPr>
              <w:t>IMMUNIZATION RECORD</w:t>
            </w:r>
          </w:p>
        </w:tc>
      </w:tr>
    </w:tbl>
    <w:p w14:paraId="2085E89F" w14:textId="77777777" w:rsidR="009A43C3" w:rsidRPr="00E5134A" w:rsidRDefault="00A60DCE">
      <w:pPr>
        <w:rPr>
          <w:b/>
          <w:bCs/>
        </w:rPr>
      </w:pPr>
      <w:r>
        <w:t xml:space="preserve">Enter the most recent date and other requested information. </w:t>
      </w:r>
      <w:r w:rsidRPr="00E5134A">
        <w:rPr>
          <w:b/>
          <w:bCs/>
        </w:rPr>
        <w:t>Attach a state registry or clinic record if available.</w:t>
      </w:r>
    </w:p>
    <w:tbl>
      <w:tblPr>
        <w:tblStyle w:val="TableGrid"/>
        <w:tblW w:w="0" w:type="auto"/>
        <w:jc w:val="center"/>
        <w:tblLayout w:type="fixed"/>
        <w:tblLook w:val="04A0" w:firstRow="1" w:lastRow="0" w:firstColumn="1" w:lastColumn="0" w:noHBand="0" w:noVBand="1"/>
      </w:tblPr>
      <w:tblGrid>
        <w:gridCol w:w="3312"/>
        <w:gridCol w:w="2664"/>
        <w:gridCol w:w="2664"/>
        <w:gridCol w:w="3456"/>
      </w:tblGrid>
      <w:tr w:rsidR="009A43C3" w14:paraId="05904453" w14:textId="77777777">
        <w:trPr>
          <w:tblHeader/>
          <w:jc w:val="center"/>
        </w:trPr>
        <w:tc>
          <w:tcPr>
            <w:tcW w:w="2664" w:type="dxa"/>
            <w:shd w:val="clear" w:color="auto" w:fill="355246"/>
            <w:tcMar>
              <w:top w:w="55" w:type="dxa"/>
              <w:left w:w="70" w:type="dxa"/>
              <w:bottom w:w="55" w:type="dxa"/>
              <w:right w:w="70" w:type="dxa"/>
            </w:tcMar>
            <w:vAlign w:val="center"/>
          </w:tcPr>
          <w:p w14:paraId="4C39E112" w14:textId="77777777" w:rsidR="009A43C3" w:rsidRDefault="00A60DCE">
            <w:pPr>
              <w:jc w:val="center"/>
            </w:pPr>
            <w:r>
              <w:rPr>
                <w:b/>
                <w:color w:val="FFFFFF"/>
                <w:sz w:val="15"/>
              </w:rPr>
              <w:t>Immunization or screening</w:t>
            </w:r>
          </w:p>
        </w:tc>
        <w:tc>
          <w:tcPr>
            <w:tcW w:w="2664" w:type="dxa"/>
            <w:shd w:val="clear" w:color="auto" w:fill="355246"/>
            <w:tcMar>
              <w:top w:w="55" w:type="dxa"/>
              <w:left w:w="70" w:type="dxa"/>
              <w:bottom w:w="55" w:type="dxa"/>
              <w:right w:w="70" w:type="dxa"/>
            </w:tcMar>
            <w:vAlign w:val="center"/>
          </w:tcPr>
          <w:p w14:paraId="637C4A0D" w14:textId="77777777" w:rsidR="009A43C3" w:rsidRDefault="00A60DCE">
            <w:pPr>
              <w:jc w:val="center"/>
            </w:pPr>
            <w:r>
              <w:rPr>
                <w:b/>
                <w:color w:val="FFFFFF"/>
                <w:sz w:val="15"/>
              </w:rPr>
              <w:t>Date received</w:t>
            </w:r>
          </w:p>
        </w:tc>
        <w:tc>
          <w:tcPr>
            <w:tcW w:w="2664" w:type="dxa"/>
            <w:shd w:val="clear" w:color="auto" w:fill="355246"/>
            <w:tcMar>
              <w:top w:w="55" w:type="dxa"/>
              <w:left w:w="70" w:type="dxa"/>
              <w:bottom w:w="55" w:type="dxa"/>
              <w:right w:w="70" w:type="dxa"/>
            </w:tcMar>
            <w:vAlign w:val="center"/>
          </w:tcPr>
          <w:p w14:paraId="3231BEBF" w14:textId="77777777" w:rsidR="009A43C3" w:rsidRDefault="00A60DCE">
            <w:pPr>
              <w:jc w:val="center"/>
            </w:pPr>
            <w:r>
              <w:rPr>
                <w:b/>
                <w:color w:val="FFFFFF"/>
                <w:sz w:val="15"/>
              </w:rPr>
              <w:t>Dose or series</w:t>
            </w:r>
          </w:p>
        </w:tc>
        <w:tc>
          <w:tcPr>
            <w:tcW w:w="2664" w:type="dxa"/>
            <w:shd w:val="clear" w:color="auto" w:fill="355246"/>
            <w:tcMar>
              <w:top w:w="55" w:type="dxa"/>
              <w:left w:w="70" w:type="dxa"/>
              <w:bottom w:w="55" w:type="dxa"/>
              <w:right w:w="70" w:type="dxa"/>
            </w:tcMar>
            <w:vAlign w:val="center"/>
          </w:tcPr>
          <w:p w14:paraId="396F800D" w14:textId="77777777" w:rsidR="009A43C3" w:rsidRDefault="00A60DCE">
            <w:pPr>
              <w:jc w:val="center"/>
            </w:pPr>
            <w:r>
              <w:rPr>
                <w:b/>
                <w:color w:val="FFFFFF"/>
                <w:sz w:val="15"/>
              </w:rPr>
              <w:t>Provider location or notes</w:t>
            </w:r>
          </w:p>
        </w:tc>
      </w:tr>
      <w:tr w:rsidR="009A43C3" w14:paraId="7A1BD69B" w14:textId="77777777">
        <w:trPr>
          <w:jc w:val="center"/>
        </w:trPr>
        <w:tc>
          <w:tcPr>
            <w:tcW w:w="3312" w:type="dxa"/>
            <w:shd w:val="clear" w:color="auto" w:fill="FFFFFF"/>
            <w:tcMar>
              <w:top w:w="55" w:type="dxa"/>
              <w:left w:w="70" w:type="dxa"/>
              <w:bottom w:w="55" w:type="dxa"/>
              <w:right w:w="70" w:type="dxa"/>
            </w:tcMar>
            <w:vAlign w:val="center"/>
          </w:tcPr>
          <w:p w14:paraId="0A99D037" w14:textId="77777777" w:rsidR="009A43C3" w:rsidRDefault="00A60DCE">
            <w:r>
              <w:rPr>
                <w:b/>
                <w:color w:val="355246"/>
                <w:sz w:val="16"/>
              </w:rPr>
              <w:t>Influenza</w:t>
            </w:r>
          </w:p>
        </w:tc>
        <w:tc>
          <w:tcPr>
            <w:tcW w:w="1944" w:type="dxa"/>
            <w:shd w:val="clear" w:color="auto" w:fill="FFFFFF"/>
            <w:tcMar>
              <w:top w:w="55" w:type="dxa"/>
              <w:left w:w="70" w:type="dxa"/>
              <w:bottom w:w="55" w:type="dxa"/>
              <w:right w:w="70" w:type="dxa"/>
            </w:tcMar>
            <w:vAlign w:val="center"/>
          </w:tcPr>
          <w:p w14:paraId="49D579F7" w14:textId="77777777" w:rsidR="009A43C3" w:rsidRDefault="00A60DCE">
            <w:r>
              <w:rPr>
                <w:sz w:val="16"/>
              </w:rPr>
              <w:br/>
            </w:r>
          </w:p>
        </w:tc>
        <w:tc>
          <w:tcPr>
            <w:tcW w:w="1944" w:type="dxa"/>
            <w:shd w:val="clear" w:color="auto" w:fill="FFFFFF"/>
            <w:tcMar>
              <w:top w:w="55" w:type="dxa"/>
              <w:left w:w="70" w:type="dxa"/>
              <w:bottom w:w="55" w:type="dxa"/>
              <w:right w:w="70" w:type="dxa"/>
            </w:tcMar>
            <w:vAlign w:val="center"/>
          </w:tcPr>
          <w:p w14:paraId="1DB4C41C" w14:textId="77777777" w:rsidR="009A43C3" w:rsidRDefault="00A60DCE">
            <w:r>
              <w:rPr>
                <w:sz w:val="16"/>
              </w:rPr>
              <w:br/>
            </w:r>
          </w:p>
        </w:tc>
        <w:tc>
          <w:tcPr>
            <w:tcW w:w="3456" w:type="dxa"/>
            <w:shd w:val="clear" w:color="auto" w:fill="FFFFFF"/>
            <w:tcMar>
              <w:top w:w="55" w:type="dxa"/>
              <w:left w:w="70" w:type="dxa"/>
              <w:bottom w:w="55" w:type="dxa"/>
              <w:right w:w="70" w:type="dxa"/>
            </w:tcMar>
            <w:vAlign w:val="center"/>
          </w:tcPr>
          <w:p w14:paraId="3AD435AC" w14:textId="77777777" w:rsidR="009A43C3" w:rsidRDefault="00A60DCE">
            <w:r>
              <w:rPr>
                <w:sz w:val="16"/>
              </w:rPr>
              <w:br/>
            </w:r>
          </w:p>
        </w:tc>
      </w:tr>
      <w:tr w:rsidR="009A43C3" w14:paraId="2E41332B" w14:textId="77777777">
        <w:trPr>
          <w:jc w:val="center"/>
        </w:trPr>
        <w:tc>
          <w:tcPr>
            <w:tcW w:w="3312" w:type="dxa"/>
            <w:shd w:val="clear" w:color="auto" w:fill="FFFFFF"/>
            <w:tcMar>
              <w:top w:w="55" w:type="dxa"/>
              <w:left w:w="70" w:type="dxa"/>
              <w:bottom w:w="55" w:type="dxa"/>
              <w:right w:w="70" w:type="dxa"/>
            </w:tcMar>
            <w:vAlign w:val="center"/>
          </w:tcPr>
          <w:p w14:paraId="1904F152" w14:textId="77777777" w:rsidR="009A43C3" w:rsidRDefault="00A60DCE">
            <w:r>
              <w:rPr>
                <w:b/>
                <w:color w:val="355246"/>
                <w:sz w:val="16"/>
              </w:rPr>
              <w:t>COVID 19</w:t>
            </w:r>
          </w:p>
        </w:tc>
        <w:tc>
          <w:tcPr>
            <w:tcW w:w="1944" w:type="dxa"/>
            <w:shd w:val="clear" w:color="auto" w:fill="FFFFFF"/>
            <w:tcMar>
              <w:top w:w="55" w:type="dxa"/>
              <w:left w:w="70" w:type="dxa"/>
              <w:bottom w:w="55" w:type="dxa"/>
              <w:right w:w="70" w:type="dxa"/>
            </w:tcMar>
            <w:vAlign w:val="center"/>
          </w:tcPr>
          <w:p w14:paraId="6DAA97C0" w14:textId="77777777" w:rsidR="009A43C3" w:rsidRDefault="00A60DCE">
            <w:r>
              <w:rPr>
                <w:sz w:val="16"/>
              </w:rPr>
              <w:br/>
            </w:r>
          </w:p>
        </w:tc>
        <w:tc>
          <w:tcPr>
            <w:tcW w:w="1944" w:type="dxa"/>
            <w:shd w:val="clear" w:color="auto" w:fill="FFFFFF"/>
            <w:tcMar>
              <w:top w:w="55" w:type="dxa"/>
              <w:left w:w="70" w:type="dxa"/>
              <w:bottom w:w="55" w:type="dxa"/>
              <w:right w:w="70" w:type="dxa"/>
            </w:tcMar>
            <w:vAlign w:val="center"/>
          </w:tcPr>
          <w:p w14:paraId="448C8D19" w14:textId="77777777" w:rsidR="009A43C3" w:rsidRDefault="00A60DCE">
            <w:r>
              <w:rPr>
                <w:sz w:val="16"/>
              </w:rPr>
              <w:br/>
            </w:r>
          </w:p>
        </w:tc>
        <w:tc>
          <w:tcPr>
            <w:tcW w:w="3456" w:type="dxa"/>
            <w:shd w:val="clear" w:color="auto" w:fill="FFFFFF"/>
            <w:tcMar>
              <w:top w:w="55" w:type="dxa"/>
              <w:left w:w="70" w:type="dxa"/>
              <w:bottom w:w="55" w:type="dxa"/>
              <w:right w:w="70" w:type="dxa"/>
            </w:tcMar>
            <w:vAlign w:val="center"/>
          </w:tcPr>
          <w:p w14:paraId="5F0DC4BB" w14:textId="77777777" w:rsidR="009A43C3" w:rsidRDefault="00A60DCE">
            <w:r>
              <w:rPr>
                <w:sz w:val="16"/>
              </w:rPr>
              <w:br/>
            </w:r>
          </w:p>
        </w:tc>
      </w:tr>
      <w:tr w:rsidR="009A43C3" w14:paraId="30142D1C" w14:textId="77777777">
        <w:trPr>
          <w:jc w:val="center"/>
        </w:trPr>
        <w:tc>
          <w:tcPr>
            <w:tcW w:w="3312" w:type="dxa"/>
            <w:shd w:val="clear" w:color="auto" w:fill="FFFFFF"/>
            <w:tcMar>
              <w:top w:w="55" w:type="dxa"/>
              <w:left w:w="70" w:type="dxa"/>
              <w:bottom w:w="55" w:type="dxa"/>
              <w:right w:w="70" w:type="dxa"/>
            </w:tcMar>
            <w:vAlign w:val="center"/>
          </w:tcPr>
          <w:p w14:paraId="1654CE6B" w14:textId="77777777" w:rsidR="009A43C3" w:rsidRDefault="00A60DCE">
            <w:r>
              <w:rPr>
                <w:b/>
                <w:color w:val="355246"/>
                <w:sz w:val="16"/>
              </w:rPr>
              <w:t>Pneumococcal</w:t>
            </w:r>
          </w:p>
        </w:tc>
        <w:tc>
          <w:tcPr>
            <w:tcW w:w="1944" w:type="dxa"/>
            <w:shd w:val="clear" w:color="auto" w:fill="FFFFFF"/>
            <w:tcMar>
              <w:top w:w="55" w:type="dxa"/>
              <w:left w:w="70" w:type="dxa"/>
              <w:bottom w:w="55" w:type="dxa"/>
              <w:right w:w="70" w:type="dxa"/>
            </w:tcMar>
            <w:vAlign w:val="center"/>
          </w:tcPr>
          <w:p w14:paraId="4E7F9186" w14:textId="77777777" w:rsidR="009A43C3" w:rsidRDefault="00A60DCE">
            <w:r>
              <w:rPr>
                <w:sz w:val="16"/>
              </w:rPr>
              <w:br/>
            </w:r>
          </w:p>
        </w:tc>
        <w:tc>
          <w:tcPr>
            <w:tcW w:w="1944" w:type="dxa"/>
            <w:shd w:val="clear" w:color="auto" w:fill="FFFFFF"/>
            <w:tcMar>
              <w:top w:w="55" w:type="dxa"/>
              <w:left w:w="70" w:type="dxa"/>
              <w:bottom w:w="55" w:type="dxa"/>
              <w:right w:w="70" w:type="dxa"/>
            </w:tcMar>
            <w:vAlign w:val="center"/>
          </w:tcPr>
          <w:p w14:paraId="0EFE936E" w14:textId="77777777" w:rsidR="009A43C3" w:rsidRDefault="00A60DCE">
            <w:r>
              <w:rPr>
                <w:sz w:val="16"/>
              </w:rPr>
              <w:br/>
            </w:r>
          </w:p>
        </w:tc>
        <w:tc>
          <w:tcPr>
            <w:tcW w:w="3456" w:type="dxa"/>
            <w:shd w:val="clear" w:color="auto" w:fill="FFFFFF"/>
            <w:tcMar>
              <w:top w:w="55" w:type="dxa"/>
              <w:left w:w="70" w:type="dxa"/>
              <w:bottom w:w="55" w:type="dxa"/>
              <w:right w:w="70" w:type="dxa"/>
            </w:tcMar>
            <w:vAlign w:val="center"/>
          </w:tcPr>
          <w:p w14:paraId="576A9CF4" w14:textId="77777777" w:rsidR="009A43C3" w:rsidRDefault="00A60DCE">
            <w:r>
              <w:rPr>
                <w:sz w:val="16"/>
              </w:rPr>
              <w:br/>
            </w:r>
          </w:p>
        </w:tc>
      </w:tr>
      <w:tr w:rsidR="009A43C3" w14:paraId="0BB406A0" w14:textId="77777777">
        <w:trPr>
          <w:jc w:val="center"/>
        </w:trPr>
        <w:tc>
          <w:tcPr>
            <w:tcW w:w="3312" w:type="dxa"/>
            <w:shd w:val="clear" w:color="auto" w:fill="FFFFFF"/>
            <w:tcMar>
              <w:top w:w="55" w:type="dxa"/>
              <w:left w:w="70" w:type="dxa"/>
              <w:bottom w:w="55" w:type="dxa"/>
              <w:right w:w="70" w:type="dxa"/>
            </w:tcMar>
            <w:vAlign w:val="center"/>
          </w:tcPr>
          <w:p w14:paraId="1113574D" w14:textId="77777777" w:rsidR="009A43C3" w:rsidRDefault="00A60DCE">
            <w:r>
              <w:rPr>
                <w:b/>
                <w:color w:val="355246"/>
                <w:sz w:val="16"/>
              </w:rPr>
              <w:t>Shingles</w:t>
            </w:r>
          </w:p>
        </w:tc>
        <w:tc>
          <w:tcPr>
            <w:tcW w:w="1944" w:type="dxa"/>
            <w:shd w:val="clear" w:color="auto" w:fill="FFFFFF"/>
            <w:tcMar>
              <w:top w:w="55" w:type="dxa"/>
              <w:left w:w="70" w:type="dxa"/>
              <w:bottom w:w="55" w:type="dxa"/>
              <w:right w:w="70" w:type="dxa"/>
            </w:tcMar>
            <w:vAlign w:val="center"/>
          </w:tcPr>
          <w:p w14:paraId="2E08ED6E" w14:textId="77777777" w:rsidR="009A43C3" w:rsidRDefault="00A60DCE">
            <w:r>
              <w:rPr>
                <w:sz w:val="16"/>
              </w:rPr>
              <w:br/>
            </w:r>
          </w:p>
        </w:tc>
        <w:tc>
          <w:tcPr>
            <w:tcW w:w="1944" w:type="dxa"/>
            <w:shd w:val="clear" w:color="auto" w:fill="FFFFFF"/>
            <w:tcMar>
              <w:top w:w="55" w:type="dxa"/>
              <w:left w:w="70" w:type="dxa"/>
              <w:bottom w:w="55" w:type="dxa"/>
              <w:right w:w="70" w:type="dxa"/>
            </w:tcMar>
            <w:vAlign w:val="center"/>
          </w:tcPr>
          <w:p w14:paraId="2789613D" w14:textId="77777777" w:rsidR="009A43C3" w:rsidRDefault="00A60DCE">
            <w:r>
              <w:rPr>
                <w:sz w:val="16"/>
              </w:rPr>
              <w:br/>
            </w:r>
          </w:p>
        </w:tc>
        <w:tc>
          <w:tcPr>
            <w:tcW w:w="3456" w:type="dxa"/>
            <w:shd w:val="clear" w:color="auto" w:fill="FFFFFF"/>
            <w:tcMar>
              <w:top w:w="55" w:type="dxa"/>
              <w:left w:w="70" w:type="dxa"/>
              <w:bottom w:w="55" w:type="dxa"/>
              <w:right w:w="70" w:type="dxa"/>
            </w:tcMar>
            <w:vAlign w:val="center"/>
          </w:tcPr>
          <w:p w14:paraId="5C64378D" w14:textId="77777777" w:rsidR="009A43C3" w:rsidRDefault="00A60DCE">
            <w:r>
              <w:rPr>
                <w:sz w:val="16"/>
              </w:rPr>
              <w:br/>
            </w:r>
          </w:p>
        </w:tc>
      </w:tr>
      <w:tr w:rsidR="009A43C3" w14:paraId="2AD52403" w14:textId="77777777">
        <w:trPr>
          <w:jc w:val="center"/>
        </w:trPr>
        <w:tc>
          <w:tcPr>
            <w:tcW w:w="3312" w:type="dxa"/>
            <w:shd w:val="clear" w:color="auto" w:fill="FFFFFF"/>
            <w:tcMar>
              <w:top w:w="55" w:type="dxa"/>
              <w:left w:w="70" w:type="dxa"/>
              <w:bottom w:w="55" w:type="dxa"/>
              <w:right w:w="70" w:type="dxa"/>
            </w:tcMar>
            <w:vAlign w:val="center"/>
          </w:tcPr>
          <w:p w14:paraId="146ED8E8" w14:textId="77777777" w:rsidR="009A43C3" w:rsidRDefault="00A60DCE">
            <w:r>
              <w:rPr>
                <w:b/>
                <w:color w:val="355246"/>
                <w:sz w:val="16"/>
              </w:rPr>
              <w:t>Tdap or Td</w:t>
            </w:r>
          </w:p>
        </w:tc>
        <w:tc>
          <w:tcPr>
            <w:tcW w:w="1944" w:type="dxa"/>
            <w:shd w:val="clear" w:color="auto" w:fill="FFFFFF"/>
            <w:tcMar>
              <w:top w:w="55" w:type="dxa"/>
              <w:left w:w="70" w:type="dxa"/>
              <w:bottom w:w="55" w:type="dxa"/>
              <w:right w:w="70" w:type="dxa"/>
            </w:tcMar>
            <w:vAlign w:val="center"/>
          </w:tcPr>
          <w:p w14:paraId="7B83F945" w14:textId="77777777" w:rsidR="009A43C3" w:rsidRDefault="00A60DCE">
            <w:r>
              <w:rPr>
                <w:sz w:val="16"/>
              </w:rPr>
              <w:br/>
            </w:r>
          </w:p>
        </w:tc>
        <w:tc>
          <w:tcPr>
            <w:tcW w:w="1944" w:type="dxa"/>
            <w:shd w:val="clear" w:color="auto" w:fill="FFFFFF"/>
            <w:tcMar>
              <w:top w:w="55" w:type="dxa"/>
              <w:left w:w="70" w:type="dxa"/>
              <w:bottom w:w="55" w:type="dxa"/>
              <w:right w:w="70" w:type="dxa"/>
            </w:tcMar>
            <w:vAlign w:val="center"/>
          </w:tcPr>
          <w:p w14:paraId="10FEC6BA" w14:textId="77777777" w:rsidR="009A43C3" w:rsidRDefault="00A60DCE">
            <w:r>
              <w:rPr>
                <w:sz w:val="16"/>
              </w:rPr>
              <w:br/>
            </w:r>
          </w:p>
        </w:tc>
        <w:tc>
          <w:tcPr>
            <w:tcW w:w="3456" w:type="dxa"/>
            <w:shd w:val="clear" w:color="auto" w:fill="FFFFFF"/>
            <w:tcMar>
              <w:top w:w="55" w:type="dxa"/>
              <w:left w:w="70" w:type="dxa"/>
              <w:bottom w:w="55" w:type="dxa"/>
              <w:right w:w="70" w:type="dxa"/>
            </w:tcMar>
            <w:vAlign w:val="center"/>
          </w:tcPr>
          <w:p w14:paraId="191A8E63" w14:textId="77777777" w:rsidR="009A43C3" w:rsidRDefault="00A60DCE">
            <w:r>
              <w:rPr>
                <w:sz w:val="16"/>
              </w:rPr>
              <w:br/>
            </w:r>
          </w:p>
        </w:tc>
      </w:tr>
      <w:tr w:rsidR="009A43C3" w14:paraId="57ECFDE9" w14:textId="77777777">
        <w:trPr>
          <w:jc w:val="center"/>
        </w:trPr>
        <w:tc>
          <w:tcPr>
            <w:tcW w:w="3312" w:type="dxa"/>
            <w:shd w:val="clear" w:color="auto" w:fill="FFFFFF"/>
            <w:tcMar>
              <w:top w:w="55" w:type="dxa"/>
              <w:left w:w="70" w:type="dxa"/>
              <w:bottom w:w="55" w:type="dxa"/>
              <w:right w:w="70" w:type="dxa"/>
            </w:tcMar>
            <w:vAlign w:val="center"/>
          </w:tcPr>
          <w:p w14:paraId="4DD35BD5" w14:textId="77777777" w:rsidR="009A43C3" w:rsidRDefault="00A60DCE">
            <w:r>
              <w:rPr>
                <w:b/>
                <w:color w:val="355246"/>
                <w:sz w:val="16"/>
              </w:rPr>
              <w:t>RSV</w:t>
            </w:r>
          </w:p>
        </w:tc>
        <w:tc>
          <w:tcPr>
            <w:tcW w:w="1944" w:type="dxa"/>
            <w:shd w:val="clear" w:color="auto" w:fill="FFFFFF"/>
            <w:tcMar>
              <w:top w:w="55" w:type="dxa"/>
              <w:left w:w="70" w:type="dxa"/>
              <w:bottom w:w="55" w:type="dxa"/>
              <w:right w:w="70" w:type="dxa"/>
            </w:tcMar>
            <w:vAlign w:val="center"/>
          </w:tcPr>
          <w:p w14:paraId="4076E4ED" w14:textId="77777777" w:rsidR="009A43C3" w:rsidRDefault="00A60DCE">
            <w:r>
              <w:rPr>
                <w:sz w:val="16"/>
              </w:rPr>
              <w:br/>
            </w:r>
          </w:p>
        </w:tc>
        <w:tc>
          <w:tcPr>
            <w:tcW w:w="1944" w:type="dxa"/>
            <w:shd w:val="clear" w:color="auto" w:fill="FFFFFF"/>
            <w:tcMar>
              <w:top w:w="55" w:type="dxa"/>
              <w:left w:w="70" w:type="dxa"/>
              <w:bottom w:w="55" w:type="dxa"/>
              <w:right w:w="70" w:type="dxa"/>
            </w:tcMar>
            <w:vAlign w:val="center"/>
          </w:tcPr>
          <w:p w14:paraId="2C393D2D" w14:textId="77777777" w:rsidR="009A43C3" w:rsidRDefault="00A60DCE">
            <w:r>
              <w:rPr>
                <w:sz w:val="16"/>
              </w:rPr>
              <w:br/>
            </w:r>
          </w:p>
        </w:tc>
        <w:tc>
          <w:tcPr>
            <w:tcW w:w="3456" w:type="dxa"/>
            <w:shd w:val="clear" w:color="auto" w:fill="FFFFFF"/>
            <w:tcMar>
              <w:top w:w="55" w:type="dxa"/>
              <w:left w:w="70" w:type="dxa"/>
              <w:bottom w:w="55" w:type="dxa"/>
              <w:right w:w="70" w:type="dxa"/>
            </w:tcMar>
            <w:vAlign w:val="center"/>
          </w:tcPr>
          <w:p w14:paraId="2AECC276" w14:textId="77777777" w:rsidR="009A43C3" w:rsidRDefault="00A60DCE">
            <w:r>
              <w:rPr>
                <w:sz w:val="16"/>
              </w:rPr>
              <w:br/>
            </w:r>
          </w:p>
        </w:tc>
      </w:tr>
      <w:tr w:rsidR="009A43C3" w14:paraId="0439A890" w14:textId="77777777">
        <w:trPr>
          <w:jc w:val="center"/>
        </w:trPr>
        <w:tc>
          <w:tcPr>
            <w:tcW w:w="3312" w:type="dxa"/>
            <w:shd w:val="clear" w:color="auto" w:fill="FFFFFF"/>
            <w:tcMar>
              <w:top w:w="55" w:type="dxa"/>
              <w:left w:w="70" w:type="dxa"/>
              <w:bottom w:w="55" w:type="dxa"/>
              <w:right w:w="70" w:type="dxa"/>
            </w:tcMar>
            <w:vAlign w:val="center"/>
          </w:tcPr>
          <w:p w14:paraId="39D5B3B4" w14:textId="77777777" w:rsidR="009A43C3" w:rsidRDefault="00A60DCE">
            <w:r>
              <w:rPr>
                <w:b/>
                <w:color w:val="355246"/>
                <w:sz w:val="16"/>
              </w:rPr>
              <w:t>TB screening</w:t>
            </w:r>
          </w:p>
        </w:tc>
        <w:tc>
          <w:tcPr>
            <w:tcW w:w="1944" w:type="dxa"/>
            <w:shd w:val="clear" w:color="auto" w:fill="FFFFFF"/>
            <w:tcMar>
              <w:top w:w="55" w:type="dxa"/>
              <w:left w:w="70" w:type="dxa"/>
              <w:bottom w:w="55" w:type="dxa"/>
              <w:right w:w="70" w:type="dxa"/>
            </w:tcMar>
            <w:vAlign w:val="center"/>
          </w:tcPr>
          <w:p w14:paraId="565BD4FC" w14:textId="77777777" w:rsidR="009A43C3" w:rsidRDefault="00A60DCE">
            <w:r>
              <w:rPr>
                <w:sz w:val="16"/>
              </w:rPr>
              <w:br/>
            </w:r>
          </w:p>
        </w:tc>
        <w:tc>
          <w:tcPr>
            <w:tcW w:w="1944" w:type="dxa"/>
            <w:shd w:val="clear" w:color="auto" w:fill="FFFFFF"/>
            <w:tcMar>
              <w:top w:w="55" w:type="dxa"/>
              <w:left w:w="70" w:type="dxa"/>
              <w:bottom w:w="55" w:type="dxa"/>
              <w:right w:w="70" w:type="dxa"/>
            </w:tcMar>
            <w:vAlign w:val="center"/>
          </w:tcPr>
          <w:p w14:paraId="1C06A429" w14:textId="77777777" w:rsidR="009A43C3" w:rsidRDefault="00A60DCE">
            <w:r>
              <w:rPr>
                <w:sz w:val="16"/>
              </w:rPr>
              <w:br/>
            </w:r>
          </w:p>
        </w:tc>
        <w:tc>
          <w:tcPr>
            <w:tcW w:w="3456" w:type="dxa"/>
            <w:shd w:val="clear" w:color="auto" w:fill="FFFFFF"/>
            <w:tcMar>
              <w:top w:w="55" w:type="dxa"/>
              <w:left w:w="70" w:type="dxa"/>
              <w:bottom w:w="55" w:type="dxa"/>
              <w:right w:w="70" w:type="dxa"/>
            </w:tcMar>
            <w:vAlign w:val="center"/>
          </w:tcPr>
          <w:p w14:paraId="45D47FDA" w14:textId="77777777" w:rsidR="009A43C3" w:rsidRDefault="00A60DCE">
            <w:r>
              <w:rPr>
                <w:sz w:val="16"/>
              </w:rPr>
              <w:br/>
            </w:r>
          </w:p>
        </w:tc>
      </w:tr>
      <w:tr w:rsidR="009A43C3" w14:paraId="180CF5D6" w14:textId="77777777">
        <w:trPr>
          <w:jc w:val="center"/>
        </w:trPr>
        <w:tc>
          <w:tcPr>
            <w:tcW w:w="3312" w:type="dxa"/>
            <w:shd w:val="clear" w:color="auto" w:fill="FFFFFF"/>
            <w:tcMar>
              <w:top w:w="55" w:type="dxa"/>
              <w:left w:w="70" w:type="dxa"/>
              <w:bottom w:w="55" w:type="dxa"/>
              <w:right w:w="70" w:type="dxa"/>
            </w:tcMar>
            <w:vAlign w:val="center"/>
          </w:tcPr>
          <w:p w14:paraId="3304520A" w14:textId="77777777" w:rsidR="009A43C3" w:rsidRDefault="00A60DCE">
            <w:r>
              <w:rPr>
                <w:b/>
                <w:color w:val="355246"/>
                <w:sz w:val="16"/>
              </w:rPr>
              <w:t>Other</w:t>
            </w:r>
          </w:p>
        </w:tc>
        <w:tc>
          <w:tcPr>
            <w:tcW w:w="1944" w:type="dxa"/>
            <w:shd w:val="clear" w:color="auto" w:fill="FFFFFF"/>
            <w:tcMar>
              <w:top w:w="55" w:type="dxa"/>
              <w:left w:w="70" w:type="dxa"/>
              <w:bottom w:w="55" w:type="dxa"/>
              <w:right w:w="70" w:type="dxa"/>
            </w:tcMar>
            <w:vAlign w:val="center"/>
          </w:tcPr>
          <w:p w14:paraId="47CC062D" w14:textId="77777777" w:rsidR="009A43C3" w:rsidRDefault="00A60DCE">
            <w:r>
              <w:rPr>
                <w:sz w:val="16"/>
              </w:rPr>
              <w:br/>
            </w:r>
          </w:p>
        </w:tc>
        <w:tc>
          <w:tcPr>
            <w:tcW w:w="1944" w:type="dxa"/>
            <w:shd w:val="clear" w:color="auto" w:fill="FFFFFF"/>
            <w:tcMar>
              <w:top w:w="55" w:type="dxa"/>
              <w:left w:w="70" w:type="dxa"/>
              <w:bottom w:w="55" w:type="dxa"/>
              <w:right w:w="70" w:type="dxa"/>
            </w:tcMar>
            <w:vAlign w:val="center"/>
          </w:tcPr>
          <w:p w14:paraId="7915BD31" w14:textId="77777777" w:rsidR="009A43C3" w:rsidRDefault="00A60DCE">
            <w:r>
              <w:rPr>
                <w:sz w:val="16"/>
              </w:rPr>
              <w:br/>
            </w:r>
          </w:p>
        </w:tc>
        <w:tc>
          <w:tcPr>
            <w:tcW w:w="3456" w:type="dxa"/>
            <w:shd w:val="clear" w:color="auto" w:fill="FFFFFF"/>
            <w:tcMar>
              <w:top w:w="55" w:type="dxa"/>
              <w:left w:w="70" w:type="dxa"/>
              <w:bottom w:w="55" w:type="dxa"/>
              <w:right w:w="70" w:type="dxa"/>
            </w:tcMar>
            <w:vAlign w:val="center"/>
          </w:tcPr>
          <w:p w14:paraId="520800A1" w14:textId="77777777" w:rsidR="009A43C3" w:rsidRDefault="00A60DCE">
            <w:r>
              <w:rPr>
                <w:sz w:val="16"/>
              </w:rPr>
              <w:br/>
            </w:r>
          </w:p>
        </w:tc>
      </w:tr>
    </w:tbl>
    <w:p w14:paraId="443FC1F2" w14:textId="77777777" w:rsidR="009A43C3" w:rsidRDefault="009A43C3">
      <w:pPr>
        <w:spacing w:after="0"/>
      </w:pPr>
    </w:p>
    <w:p w14:paraId="5D004B63" w14:textId="77777777" w:rsidR="009A43C3" w:rsidRDefault="00A60DCE">
      <w:pPr>
        <w:spacing w:after="80"/>
      </w:pPr>
      <w:r>
        <w:t>☐ Immunization record attached   ☐ State registry record requested   ☐ Applicant declines to provide immunization history</w:t>
      </w:r>
    </w:p>
    <w:tbl>
      <w:tblPr>
        <w:tblW w:w="0" w:type="auto"/>
        <w:jc w:val="center"/>
        <w:tblLook w:val="04A0" w:firstRow="1" w:lastRow="0" w:firstColumn="1" w:lastColumn="0" w:noHBand="0" w:noVBand="1"/>
      </w:tblPr>
      <w:tblGrid>
        <w:gridCol w:w="10656"/>
      </w:tblGrid>
      <w:tr w:rsidR="009A43C3" w14:paraId="4271FF23" w14:textId="77777777">
        <w:trPr>
          <w:jc w:val="center"/>
        </w:trPr>
        <w:tc>
          <w:tcPr>
            <w:tcW w:w="10656" w:type="dxa"/>
            <w:shd w:val="clear" w:color="auto" w:fill="355246"/>
            <w:tcMar>
              <w:top w:w="55" w:type="dxa"/>
              <w:left w:w="70" w:type="dxa"/>
              <w:bottom w:w="55" w:type="dxa"/>
              <w:right w:w="70" w:type="dxa"/>
            </w:tcMar>
            <w:vAlign w:val="center"/>
          </w:tcPr>
          <w:p w14:paraId="6F58F312" w14:textId="77777777" w:rsidR="009A43C3" w:rsidRDefault="00A60DCE">
            <w:pPr>
              <w:keepNext/>
            </w:pPr>
            <w:r>
              <w:rPr>
                <w:b/>
                <w:color w:val="FFFFFF"/>
                <w:sz w:val="20"/>
              </w:rPr>
              <w:t>INSURANCE AND BENEFITS</w:t>
            </w:r>
          </w:p>
        </w:tc>
      </w:tr>
    </w:tbl>
    <w:p w14:paraId="2A55B676" w14:textId="77777777" w:rsidR="009A43C3" w:rsidRDefault="00A60DCE">
      <w:pPr>
        <w:spacing w:after="60"/>
      </w:pPr>
      <w:r>
        <w:rPr>
          <w:i/>
          <w:color w:val="767676"/>
          <w:sz w:val="15"/>
        </w:rPr>
        <w:t>Attach copies of all insurance cards, front and back. Handle Social Security and insurance numbers securely.</w:t>
      </w:r>
    </w:p>
    <w:tbl>
      <w:tblPr>
        <w:tblW w:w="0" w:type="auto"/>
        <w:jc w:val="center"/>
        <w:tblLayout w:type="fixed"/>
        <w:tblLook w:val="04A0" w:firstRow="1" w:lastRow="0" w:firstColumn="1" w:lastColumn="0" w:noHBand="0" w:noVBand="1"/>
      </w:tblPr>
      <w:tblGrid>
        <w:gridCol w:w="3552"/>
        <w:gridCol w:w="3552"/>
        <w:gridCol w:w="3552"/>
      </w:tblGrid>
      <w:tr w:rsidR="009A43C3" w14:paraId="6024CB73" w14:textId="77777777">
        <w:trPr>
          <w:jc w:val="center"/>
        </w:trPr>
        <w:tc>
          <w:tcPr>
            <w:tcW w:w="3552" w:type="dxa"/>
            <w:shd w:val="clear" w:color="auto" w:fill="F5F7F5"/>
            <w:tcMar>
              <w:top w:w="55" w:type="dxa"/>
              <w:left w:w="70" w:type="dxa"/>
              <w:bottom w:w="50" w:type="dxa"/>
              <w:right w:w="70" w:type="dxa"/>
            </w:tcMar>
          </w:tcPr>
          <w:p w14:paraId="3545910E" w14:textId="77777777" w:rsidR="009A43C3" w:rsidRDefault="00A60DCE">
            <w:pPr>
              <w:pStyle w:val="FormLabel"/>
            </w:pPr>
            <w:r>
              <w:t>Social Security number</w:t>
            </w:r>
          </w:p>
          <w:p w14:paraId="48DA84CD" w14:textId="59F1828E" w:rsidR="009A43C3" w:rsidRDefault="00A60DCE">
            <w:pPr>
              <w:spacing w:after="0"/>
            </w:pPr>
            <w:r>
              <w:rPr>
                <w:color w:val="A9A9A9"/>
                <w:sz w:val="14"/>
              </w:rPr>
              <w:t>____________________________________________________</w:t>
            </w:r>
          </w:p>
        </w:tc>
        <w:tc>
          <w:tcPr>
            <w:tcW w:w="3552" w:type="dxa"/>
            <w:shd w:val="clear" w:color="auto" w:fill="F5F7F5"/>
            <w:tcMar>
              <w:top w:w="55" w:type="dxa"/>
              <w:left w:w="70" w:type="dxa"/>
              <w:bottom w:w="50" w:type="dxa"/>
              <w:right w:w="70" w:type="dxa"/>
            </w:tcMar>
          </w:tcPr>
          <w:p w14:paraId="02258797" w14:textId="77777777" w:rsidR="009A43C3" w:rsidRDefault="00A60DCE">
            <w:pPr>
              <w:pStyle w:val="FormLabel"/>
            </w:pPr>
            <w:r>
              <w:t>Medicare number</w:t>
            </w:r>
          </w:p>
          <w:p w14:paraId="74CF5A88" w14:textId="724427C8" w:rsidR="009A43C3" w:rsidRDefault="00A60DCE">
            <w:pPr>
              <w:spacing w:after="0"/>
            </w:pPr>
            <w:r>
              <w:rPr>
                <w:color w:val="A9A9A9"/>
                <w:sz w:val="14"/>
              </w:rPr>
              <w:t>____________________________________________________</w:t>
            </w:r>
          </w:p>
        </w:tc>
        <w:tc>
          <w:tcPr>
            <w:tcW w:w="3552" w:type="dxa"/>
            <w:shd w:val="clear" w:color="auto" w:fill="F5F7F5"/>
            <w:tcMar>
              <w:top w:w="55" w:type="dxa"/>
              <w:left w:w="70" w:type="dxa"/>
              <w:bottom w:w="50" w:type="dxa"/>
              <w:right w:w="70" w:type="dxa"/>
            </w:tcMar>
          </w:tcPr>
          <w:p w14:paraId="51D119D4" w14:textId="77777777" w:rsidR="009A43C3" w:rsidRDefault="009A43C3">
            <w:pPr>
              <w:pStyle w:val="FormLabel"/>
            </w:pPr>
          </w:p>
          <w:p w14:paraId="5DD8C5B0" w14:textId="3BB72236" w:rsidR="009A43C3" w:rsidRDefault="00A60DCE">
            <w:pPr>
              <w:spacing w:after="0"/>
            </w:pPr>
            <w:r>
              <w:rPr>
                <w:color w:val="A9A9A9"/>
                <w:sz w:val="14"/>
              </w:rPr>
              <w:t>_____________________________________________________</w:t>
            </w:r>
          </w:p>
        </w:tc>
      </w:tr>
      <w:tr w:rsidR="009A43C3" w14:paraId="0AD6FBC8" w14:textId="77777777">
        <w:trPr>
          <w:jc w:val="center"/>
        </w:trPr>
        <w:tc>
          <w:tcPr>
            <w:tcW w:w="3552" w:type="dxa"/>
            <w:shd w:val="clear" w:color="auto" w:fill="F5F7F5"/>
            <w:tcMar>
              <w:top w:w="55" w:type="dxa"/>
              <w:left w:w="70" w:type="dxa"/>
              <w:bottom w:w="50" w:type="dxa"/>
              <w:right w:w="70" w:type="dxa"/>
            </w:tcMar>
          </w:tcPr>
          <w:p w14:paraId="7E9DE4CC" w14:textId="77777777" w:rsidR="009A43C3" w:rsidRDefault="00A60DCE">
            <w:pPr>
              <w:pStyle w:val="FormLabel"/>
            </w:pPr>
            <w:r>
              <w:t>Medicare Part A effective date</w:t>
            </w:r>
          </w:p>
          <w:p w14:paraId="0A5F6724" w14:textId="18D05454" w:rsidR="009A43C3" w:rsidRDefault="00A60DCE">
            <w:pPr>
              <w:spacing w:after="0"/>
            </w:pPr>
            <w:r>
              <w:rPr>
                <w:color w:val="A9A9A9"/>
                <w:sz w:val="14"/>
              </w:rPr>
              <w:t>____________________________________________________</w:t>
            </w:r>
          </w:p>
        </w:tc>
        <w:tc>
          <w:tcPr>
            <w:tcW w:w="3552" w:type="dxa"/>
            <w:shd w:val="clear" w:color="auto" w:fill="F5F7F5"/>
            <w:tcMar>
              <w:top w:w="55" w:type="dxa"/>
              <w:left w:w="70" w:type="dxa"/>
              <w:bottom w:w="50" w:type="dxa"/>
              <w:right w:w="70" w:type="dxa"/>
            </w:tcMar>
          </w:tcPr>
          <w:p w14:paraId="09047B77" w14:textId="77777777" w:rsidR="009A43C3" w:rsidRDefault="00A60DCE">
            <w:pPr>
              <w:pStyle w:val="FormLabel"/>
            </w:pPr>
            <w:r>
              <w:t xml:space="preserve">Medicare Part B effective </w:t>
            </w:r>
            <w:proofErr w:type="gramStart"/>
            <w:r>
              <w:t>date</w:t>
            </w:r>
            <w:proofErr w:type="gramEnd"/>
          </w:p>
          <w:p w14:paraId="0C013E3A" w14:textId="0132E6E3" w:rsidR="009A43C3" w:rsidRDefault="00A60DCE">
            <w:pPr>
              <w:spacing w:after="0"/>
            </w:pPr>
            <w:r>
              <w:rPr>
                <w:color w:val="A9A9A9"/>
                <w:sz w:val="14"/>
              </w:rPr>
              <w:t>____________________________________________________</w:t>
            </w:r>
          </w:p>
        </w:tc>
        <w:tc>
          <w:tcPr>
            <w:tcW w:w="3552" w:type="dxa"/>
            <w:shd w:val="clear" w:color="auto" w:fill="F5F7F5"/>
            <w:tcMar>
              <w:top w:w="55" w:type="dxa"/>
              <w:left w:w="70" w:type="dxa"/>
              <w:bottom w:w="50" w:type="dxa"/>
              <w:right w:w="70" w:type="dxa"/>
            </w:tcMar>
          </w:tcPr>
          <w:p w14:paraId="26BD012D" w14:textId="77777777" w:rsidR="009A43C3" w:rsidRDefault="009A43C3">
            <w:pPr>
              <w:pStyle w:val="FormLabel"/>
            </w:pPr>
          </w:p>
          <w:p w14:paraId="3BE2E77A" w14:textId="7BA84383" w:rsidR="009A43C3" w:rsidRDefault="00A60DCE">
            <w:pPr>
              <w:spacing w:after="0"/>
            </w:pPr>
            <w:r>
              <w:rPr>
                <w:color w:val="A9A9A9"/>
                <w:sz w:val="14"/>
              </w:rPr>
              <w:t>____________________________________________________</w:t>
            </w:r>
          </w:p>
        </w:tc>
      </w:tr>
      <w:tr w:rsidR="009A43C3" w14:paraId="409009FB" w14:textId="77777777">
        <w:trPr>
          <w:jc w:val="center"/>
        </w:trPr>
        <w:tc>
          <w:tcPr>
            <w:tcW w:w="3552" w:type="dxa"/>
            <w:shd w:val="clear" w:color="auto" w:fill="F5F7F5"/>
            <w:tcMar>
              <w:top w:w="55" w:type="dxa"/>
              <w:left w:w="70" w:type="dxa"/>
              <w:bottom w:w="50" w:type="dxa"/>
              <w:right w:w="70" w:type="dxa"/>
            </w:tcMar>
          </w:tcPr>
          <w:p w14:paraId="7485CD91" w14:textId="77777777" w:rsidR="009A43C3" w:rsidRDefault="00A60DCE">
            <w:pPr>
              <w:pStyle w:val="FormLabel"/>
            </w:pPr>
            <w:r>
              <w:t xml:space="preserve">Medicare Advantage or </w:t>
            </w:r>
            <w:proofErr w:type="gramStart"/>
            <w:r>
              <w:t>primary health plan</w:t>
            </w:r>
            <w:proofErr w:type="gramEnd"/>
          </w:p>
          <w:p w14:paraId="4C2C306E" w14:textId="0B3FE766" w:rsidR="009A43C3" w:rsidRDefault="00A60DCE">
            <w:pPr>
              <w:spacing w:after="0"/>
            </w:pPr>
            <w:r>
              <w:rPr>
                <w:color w:val="A9A9A9"/>
                <w:sz w:val="14"/>
              </w:rPr>
              <w:t>____________________________________________________</w:t>
            </w:r>
          </w:p>
        </w:tc>
        <w:tc>
          <w:tcPr>
            <w:tcW w:w="3552" w:type="dxa"/>
            <w:shd w:val="clear" w:color="auto" w:fill="F5F7F5"/>
            <w:tcMar>
              <w:top w:w="55" w:type="dxa"/>
              <w:left w:w="70" w:type="dxa"/>
              <w:bottom w:w="50" w:type="dxa"/>
              <w:right w:w="70" w:type="dxa"/>
            </w:tcMar>
          </w:tcPr>
          <w:p w14:paraId="564AD66F" w14:textId="77777777" w:rsidR="009A43C3" w:rsidRDefault="00A60DCE">
            <w:pPr>
              <w:pStyle w:val="FormLabel"/>
            </w:pPr>
            <w:r>
              <w:t>Member or policy number</w:t>
            </w:r>
          </w:p>
          <w:p w14:paraId="10113E70" w14:textId="2D9CDA9B" w:rsidR="009A43C3" w:rsidRDefault="00A60DCE">
            <w:pPr>
              <w:spacing w:after="0"/>
            </w:pPr>
            <w:r>
              <w:rPr>
                <w:color w:val="A9A9A9"/>
                <w:sz w:val="14"/>
              </w:rPr>
              <w:t>____________________________________________________</w:t>
            </w:r>
          </w:p>
        </w:tc>
        <w:tc>
          <w:tcPr>
            <w:tcW w:w="3552" w:type="dxa"/>
            <w:shd w:val="clear" w:color="auto" w:fill="F5F7F5"/>
            <w:tcMar>
              <w:top w:w="55" w:type="dxa"/>
              <w:left w:w="70" w:type="dxa"/>
              <w:bottom w:w="50" w:type="dxa"/>
              <w:right w:w="70" w:type="dxa"/>
            </w:tcMar>
          </w:tcPr>
          <w:p w14:paraId="00950790" w14:textId="77777777" w:rsidR="009A43C3" w:rsidRDefault="009A43C3">
            <w:pPr>
              <w:pStyle w:val="FormLabel"/>
            </w:pPr>
          </w:p>
          <w:p w14:paraId="704FCD9E" w14:textId="14FB6485" w:rsidR="009A43C3" w:rsidRDefault="00A60DCE">
            <w:pPr>
              <w:spacing w:after="0"/>
            </w:pPr>
            <w:r>
              <w:rPr>
                <w:color w:val="A9A9A9"/>
                <w:sz w:val="14"/>
              </w:rPr>
              <w:t>____________________________________________________</w:t>
            </w:r>
          </w:p>
        </w:tc>
      </w:tr>
      <w:tr w:rsidR="009A43C3" w14:paraId="2A1AE798" w14:textId="77777777">
        <w:trPr>
          <w:jc w:val="center"/>
        </w:trPr>
        <w:tc>
          <w:tcPr>
            <w:tcW w:w="3552" w:type="dxa"/>
            <w:shd w:val="clear" w:color="auto" w:fill="F5F7F5"/>
            <w:tcMar>
              <w:top w:w="55" w:type="dxa"/>
              <w:left w:w="70" w:type="dxa"/>
              <w:bottom w:w="50" w:type="dxa"/>
              <w:right w:w="70" w:type="dxa"/>
            </w:tcMar>
          </w:tcPr>
          <w:p w14:paraId="70DBB0A2" w14:textId="77777777" w:rsidR="009A43C3" w:rsidRDefault="00A60DCE">
            <w:pPr>
              <w:pStyle w:val="FormLabel"/>
            </w:pPr>
            <w:r>
              <w:t>Medicare supplement plan</w:t>
            </w:r>
          </w:p>
          <w:p w14:paraId="37141783" w14:textId="45264140" w:rsidR="009A43C3" w:rsidRDefault="00A60DCE">
            <w:pPr>
              <w:spacing w:after="0"/>
            </w:pPr>
            <w:r>
              <w:rPr>
                <w:color w:val="A9A9A9"/>
                <w:sz w:val="14"/>
              </w:rPr>
              <w:t>____________________________________________________</w:t>
            </w:r>
          </w:p>
        </w:tc>
        <w:tc>
          <w:tcPr>
            <w:tcW w:w="3552" w:type="dxa"/>
            <w:shd w:val="clear" w:color="auto" w:fill="F5F7F5"/>
            <w:tcMar>
              <w:top w:w="55" w:type="dxa"/>
              <w:left w:w="70" w:type="dxa"/>
              <w:bottom w:w="50" w:type="dxa"/>
              <w:right w:w="70" w:type="dxa"/>
            </w:tcMar>
          </w:tcPr>
          <w:p w14:paraId="18D6BC5B" w14:textId="77777777" w:rsidR="009A43C3" w:rsidRDefault="00A60DCE">
            <w:pPr>
              <w:pStyle w:val="FormLabel"/>
            </w:pPr>
            <w:r>
              <w:t>Member or policy number</w:t>
            </w:r>
          </w:p>
          <w:p w14:paraId="0104B8A4" w14:textId="67A21714" w:rsidR="009A43C3" w:rsidRDefault="00A60DCE">
            <w:pPr>
              <w:spacing w:after="0"/>
            </w:pPr>
            <w:r>
              <w:rPr>
                <w:color w:val="A9A9A9"/>
                <w:sz w:val="14"/>
              </w:rPr>
              <w:t>____________________________________________________</w:t>
            </w:r>
          </w:p>
        </w:tc>
        <w:tc>
          <w:tcPr>
            <w:tcW w:w="3552" w:type="dxa"/>
            <w:shd w:val="clear" w:color="auto" w:fill="F5F7F5"/>
            <w:tcMar>
              <w:top w:w="55" w:type="dxa"/>
              <w:left w:w="70" w:type="dxa"/>
              <w:bottom w:w="50" w:type="dxa"/>
              <w:right w:w="70" w:type="dxa"/>
            </w:tcMar>
          </w:tcPr>
          <w:p w14:paraId="2D2C2D4B" w14:textId="77777777" w:rsidR="009A43C3" w:rsidRDefault="009A43C3">
            <w:pPr>
              <w:pStyle w:val="FormLabel"/>
            </w:pPr>
          </w:p>
          <w:p w14:paraId="12D25531" w14:textId="0B4BF665" w:rsidR="009A43C3" w:rsidRDefault="00A60DCE">
            <w:pPr>
              <w:spacing w:after="0"/>
            </w:pPr>
            <w:r>
              <w:rPr>
                <w:color w:val="A9A9A9"/>
                <w:sz w:val="14"/>
              </w:rPr>
              <w:t>____________________________________________________</w:t>
            </w:r>
          </w:p>
        </w:tc>
      </w:tr>
      <w:tr w:rsidR="009A43C3" w14:paraId="0F8C2C39" w14:textId="77777777">
        <w:trPr>
          <w:jc w:val="center"/>
        </w:trPr>
        <w:tc>
          <w:tcPr>
            <w:tcW w:w="3552" w:type="dxa"/>
            <w:shd w:val="clear" w:color="auto" w:fill="F5F7F5"/>
            <w:tcMar>
              <w:top w:w="55" w:type="dxa"/>
              <w:left w:w="70" w:type="dxa"/>
              <w:bottom w:w="50" w:type="dxa"/>
              <w:right w:w="70" w:type="dxa"/>
            </w:tcMar>
          </w:tcPr>
          <w:p w14:paraId="6533898C" w14:textId="77777777" w:rsidR="009A43C3" w:rsidRDefault="00A60DCE">
            <w:pPr>
              <w:pStyle w:val="FormLabel"/>
            </w:pPr>
            <w:r>
              <w:t>Medicare Part D plan</w:t>
            </w:r>
          </w:p>
          <w:p w14:paraId="0530A175" w14:textId="7FA33ACF" w:rsidR="009A43C3" w:rsidRDefault="00A60DCE">
            <w:pPr>
              <w:spacing w:after="0"/>
            </w:pPr>
            <w:r>
              <w:rPr>
                <w:color w:val="A9A9A9"/>
                <w:sz w:val="14"/>
              </w:rPr>
              <w:t>____________________________________________________</w:t>
            </w:r>
          </w:p>
        </w:tc>
        <w:tc>
          <w:tcPr>
            <w:tcW w:w="3552" w:type="dxa"/>
            <w:shd w:val="clear" w:color="auto" w:fill="F5F7F5"/>
            <w:tcMar>
              <w:top w:w="55" w:type="dxa"/>
              <w:left w:w="70" w:type="dxa"/>
              <w:bottom w:w="50" w:type="dxa"/>
              <w:right w:w="70" w:type="dxa"/>
            </w:tcMar>
          </w:tcPr>
          <w:p w14:paraId="35AEBC5A" w14:textId="77777777" w:rsidR="009A43C3" w:rsidRDefault="00A60DCE">
            <w:pPr>
              <w:pStyle w:val="FormLabel"/>
            </w:pPr>
            <w:r>
              <w:t>Member or policy number</w:t>
            </w:r>
          </w:p>
          <w:p w14:paraId="0B7CA10A" w14:textId="505C4A82" w:rsidR="009A43C3" w:rsidRDefault="00A60DCE">
            <w:pPr>
              <w:spacing w:after="0"/>
            </w:pPr>
            <w:r>
              <w:rPr>
                <w:color w:val="A9A9A9"/>
                <w:sz w:val="14"/>
              </w:rPr>
              <w:t>____________________________________________________</w:t>
            </w:r>
          </w:p>
        </w:tc>
        <w:tc>
          <w:tcPr>
            <w:tcW w:w="3552" w:type="dxa"/>
            <w:shd w:val="clear" w:color="auto" w:fill="F5F7F5"/>
            <w:tcMar>
              <w:top w:w="55" w:type="dxa"/>
              <w:left w:w="70" w:type="dxa"/>
              <w:bottom w:w="50" w:type="dxa"/>
              <w:right w:w="70" w:type="dxa"/>
            </w:tcMar>
          </w:tcPr>
          <w:p w14:paraId="473AB607" w14:textId="77777777" w:rsidR="009A43C3" w:rsidRDefault="009A43C3">
            <w:pPr>
              <w:pStyle w:val="FormLabel"/>
            </w:pPr>
          </w:p>
          <w:p w14:paraId="326609A1" w14:textId="1497B764" w:rsidR="009A43C3" w:rsidRDefault="00A60DCE">
            <w:pPr>
              <w:spacing w:after="0"/>
            </w:pPr>
            <w:r>
              <w:rPr>
                <w:color w:val="A9A9A9"/>
                <w:sz w:val="14"/>
              </w:rPr>
              <w:t>____________________________________________________</w:t>
            </w:r>
          </w:p>
        </w:tc>
      </w:tr>
      <w:tr w:rsidR="009A43C3" w14:paraId="415F0BE8" w14:textId="77777777">
        <w:trPr>
          <w:jc w:val="center"/>
        </w:trPr>
        <w:tc>
          <w:tcPr>
            <w:tcW w:w="3552" w:type="dxa"/>
            <w:shd w:val="clear" w:color="auto" w:fill="F5F7F5"/>
            <w:tcMar>
              <w:top w:w="55" w:type="dxa"/>
              <w:left w:w="70" w:type="dxa"/>
              <w:bottom w:w="50" w:type="dxa"/>
              <w:right w:w="70" w:type="dxa"/>
            </w:tcMar>
          </w:tcPr>
          <w:p w14:paraId="0F894C2B" w14:textId="77777777" w:rsidR="009A43C3" w:rsidRDefault="00A60DCE">
            <w:pPr>
              <w:pStyle w:val="FormLabel"/>
            </w:pPr>
            <w:r>
              <w:t>Medicaid ID</w:t>
            </w:r>
          </w:p>
          <w:p w14:paraId="213BCFB6" w14:textId="15B91AA9" w:rsidR="009A43C3" w:rsidRDefault="00A60DCE">
            <w:pPr>
              <w:spacing w:after="0"/>
            </w:pPr>
            <w:r>
              <w:rPr>
                <w:color w:val="A9A9A9"/>
                <w:sz w:val="14"/>
              </w:rPr>
              <w:t>____________________________________________________</w:t>
            </w:r>
          </w:p>
        </w:tc>
        <w:tc>
          <w:tcPr>
            <w:tcW w:w="3552" w:type="dxa"/>
            <w:shd w:val="clear" w:color="auto" w:fill="F5F7F5"/>
            <w:tcMar>
              <w:top w:w="55" w:type="dxa"/>
              <w:left w:w="70" w:type="dxa"/>
              <w:bottom w:w="50" w:type="dxa"/>
              <w:right w:w="70" w:type="dxa"/>
            </w:tcMar>
          </w:tcPr>
          <w:p w14:paraId="0E9C348A" w14:textId="77777777" w:rsidR="009A43C3" w:rsidRDefault="00A60DCE">
            <w:pPr>
              <w:pStyle w:val="FormLabel"/>
            </w:pPr>
            <w:r>
              <w:t>County</w:t>
            </w:r>
          </w:p>
          <w:p w14:paraId="1998472F" w14:textId="011204C2" w:rsidR="009A43C3" w:rsidRDefault="00A60DCE">
            <w:pPr>
              <w:spacing w:after="0"/>
            </w:pPr>
            <w:r>
              <w:rPr>
                <w:color w:val="A9A9A9"/>
                <w:sz w:val="14"/>
              </w:rPr>
              <w:t>____________________________________________________</w:t>
            </w:r>
          </w:p>
        </w:tc>
        <w:tc>
          <w:tcPr>
            <w:tcW w:w="3552" w:type="dxa"/>
            <w:shd w:val="clear" w:color="auto" w:fill="F5F7F5"/>
            <w:tcMar>
              <w:top w:w="55" w:type="dxa"/>
              <w:left w:w="70" w:type="dxa"/>
              <w:bottom w:w="50" w:type="dxa"/>
              <w:right w:w="70" w:type="dxa"/>
            </w:tcMar>
          </w:tcPr>
          <w:p w14:paraId="01EFA0A2" w14:textId="77777777" w:rsidR="009A43C3" w:rsidRDefault="00A60DCE">
            <w:pPr>
              <w:pStyle w:val="FormLabel"/>
            </w:pPr>
            <w:proofErr w:type="gramStart"/>
            <w:r>
              <w:t>Status  Pending</w:t>
            </w:r>
            <w:proofErr w:type="gramEnd"/>
            <w:r>
              <w:t xml:space="preserve"> or approved</w:t>
            </w:r>
          </w:p>
          <w:p w14:paraId="60F2100F" w14:textId="4DC62B07" w:rsidR="009A43C3" w:rsidRDefault="00A60DCE">
            <w:pPr>
              <w:spacing w:after="0"/>
            </w:pPr>
            <w:r>
              <w:rPr>
                <w:color w:val="A9A9A9"/>
                <w:sz w:val="14"/>
              </w:rPr>
              <w:t>____________________________________________________</w:t>
            </w:r>
          </w:p>
        </w:tc>
      </w:tr>
      <w:tr w:rsidR="009A43C3" w14:paraId="1D25571C" w14:textId="77777777">
        <w:trPr>
          <w:jc w:val="center"/>
        </w:trPr>
        <w:tc>
          <w:tcPr>
            <w:tcW w:w="3552" w:type="dxa"/>
            <w:shd w:val="clear" w:color="auto" w:fill="F5F7F5"/>
            <w:tcMar>
              <w:top w:w="55" w:type="dxa"/>
              <w:left w:w="70" w:type="dxa"/>
              <w:bottom w:w="50" w:type="dxa"/>
              <w:right w:w="70" w:type="dxa"/>
            </w:tcMar>
          </w:tcPr>
          <w:p w14:paraId="7658A8CE" w14:textId="77777777" w:rsidR="009A43C3" w:rsidRDefault="00A60DCE">
            <w:pPr>
              <w:pStyle w:val="FormLabel"/>
            </w:pPr>
            <w:r>
              <w:t xml:space="preserve">Prior Medicaid </w:t>
            </w:r>
            <w:proofErr w:type="gramStart"/>
            <w:r>
              <w:t>application  Date</w:t>
            </w:r>
            <w:proofErr w:type="gramEnd"/>
            <w:r>
              <w:t xml:space="preserve"> and county</w:t>
            </w:r>
          </w:p>
          <w:p w14:paraId="4250EBC2" w14:textId="79408275" w:rsidR="009A43C3" w:rsidRDefault="00A60DCE">
            <w:pPr>
              <w:spacing w:after="0"/>
            </w:pPr>
            <w:r>
              <w:rPr>
                <w:color w:val="A9A9A9"/>
                <w:sz w:val="14"/>
              </w:rPr>
              <w:t>____________________________________________________</w:t>
            </w:r>
          </w:p>
        </w:tc>
        <w:tc>
          <w:tcPr>
            <w:tcW w:w="3552" w:type="dxa"/>
            <w:shd w:val="clear" w:color="auto" w:fill="F5F7F5"/>
            <w:tcMar>
              <w:top w:w="55" w:type="dxa"/>
              <w:left w:w="70" w:type="dxa"/>
              <w:bottom w:w="50" w:type="dxa"/>
              <w:right w:w="70" w:type="dxa"/>
            </w:tcMar>
          </w:tcPr>
          <w:p w14:paraId="3571544F" w14:textId="77777777" w:rsidR="009A43C3" w:rsidRDefault="00A60DCE">
            <w:pPr>
              <w:pStyle w:val="FormLabel"/>
            </w:pPr>
            <w:r>
              <w:t>Approved date if applicable</w:t>
            </w:r>
          </w:p>
          <w:p w14:paraId="57BC2494" w14:textId="63538242" w:rsidR="009A43C3" w:rsidRDefault="00A60DCE">
            <w:pPr>
              <w:spacing w:after="0"/>
            </w:pPr>
            <w:r>
              <w:rPr>
                <w:color w:val="A9A9A9"/>
                <w:sz w:val="14"/>
              </w:rPr>
              <w:t>____________________________________________________</w:t>
            </w:r>
          </w:p>
        </w:tc>
        <w:tc>
          <w:tcPr>
            <w:tcW w:w="3552" w:type="dxa"/>
            <w:shd w:val="clear" w:color="auto" w:fill="F5F7F5"/>
            <w:tcMar>
              <w:top w:w="55" w:type="dxa"/>
              <w:left w:w="70" w:type="dxa"/>
              <w:bottom w:w="50" w:type="dxa"/>
              <w:right w:w="70" w:type="dxa"/>
            </w:tcMar>
          </w:tcPr>
          <w:p w14:paraId="67D41F59" w14:textId="77777777" w:rsidR="009A43C3" w:rsidRDefault="009A43C3">
            <w:pPr>
              <w:pStyle w:val="FormLabel"/>
            </w:pPr>
          </w:p>
          <w:p w14:paraId="4FC39483" w14:textId="731CFCBD" w:rsidR="009A43C3" w:rsidRDefault="00A60DCE">
            <w:pPr>
              <w:spacing w:after="0"/>
            </w:pPr>
            <w:r>
              <w:rPr>
                <w:color w:val="A9A9A9"/>
                <w:sz w:val="14"/>
              </w:rPr>
              <w:t>____________________________________________________</w:t>
            </w:r>
          </w:p>
        </w:tc>
      </w:tr>
    </w:tbl>
    <w:p w14:paraId="3C8B87C4" w14:textId="77777777" w:rsidR="009A43C3" w:rsidRDefault="009A43C3">
      <w:pPr>
        <w:spacing w:after="0"/>
      </w:pPr>
    </w:p>
    <w:tbl>
      <w:tblPr>
        <w:tblW w:w="0" w:type="auto"/>
        <w:jc w:val="center"/>
        <w:tblLayout w:type="fixed"/>
        <w:tblLook w:val="04A0" w:firstRow="1" w:lastRow="0" w:firstColumn="1" w:lastColumn="0" w:noHBand="0" w:noVBand="1"/>
      </w:tblPr>
      <w:tblGrid>
        <w:gridCol w:w="4608"/>
        <w:gridCol w:w="2880"/>
        <w:gridCol w:w="3168"/>
      </w:tblGrid>
      <w:tr w:rsidR="009A43C3" w14:paraId="528EABDC" w14:textId="77777777">
        <w:trPr>
          <w:jc w:val="center"/>
        </w:trPr>
        <w:tc>
          <w:tcPr>
            <w:tcW w:w="4608" w:type="dxa"/>
            <w:shd w:val="clear" w:color="auto" w:fill="F5F7F5"/>
            <w:tcMar>
              <w:top w:w="55" w:type="dxa"/>
              <w:left w:w="70" w:type="dxa"/>
              <w:bottom w:w="50" w:type="dxa"/>
              <w:right w:w="70" w:type="dxa"/>
            </w:tcMar>
          </w:tcPr>
          <w:p w14:paraId="4FE445B1" w14:textId="77777777" w:rsidR="009A43C3" w:rsidRDefault="00A60DCE">
            <w:pPr>
              <w:pStyle w:val="FormLabel"/>
            </w:pPr>
            <w:r>
              <w:t>Long term care insurance company</w:t>
            </w:r>
          </w:p>
          <w:p w14:paraId="035268D4" w14:textId="77777777" w:rsidR="009A43C3" w:rsidRDefault="00A60DCE">
            <w:pPr>
              <w:spacing w:after="0"/>
            </w:pPr>
            <w:r>
              <w:rPr>
                <w:color w:val="A9A9A9"/>
                <w:sz w:val="14"/>
              </w:rPr>
              <w:t>________________________________________________________________</w:t>
            </w:r>
          </w:p>
        </w:tc>
        <w:tc>
          <w:tcPr>
            <w:tcW w:w="2880" w:type="dxa"/>
            <w:shd w:val="clear" w:color="auto" w:fill="F5F7F5"/>
            <w:tcMar>
              <w:top w:w="55" w:type="dxa"/>
              <w:left w:w="70" w:type="dxa"/>
              <w:bottom w:w="50" w:type="dxa"/>
              <w:right w:w="70" w:type="dxa"/>
            </w:tcMar>
          </w:tcPr>
          <w:p w14:paraId="0B8C321C" w14:textId="77777777" w:rsidR="009A43C3" w:rsidRDefault="00A60DCE">
            <w:pPr>
              <w:pStyle w:val="FormLabel"/>
            </w:pPr>
            <w:r>
              <w:t>Policy number</w:t>
            </w:r>
          </w:p>
          <w:p w14:paraId="1C6B0C48" w14:textId="70A9E4BE" w:rsidR="009A43C3" w:rsidRDefault="00A60DCE">
            <w:pPr>
              <w:spacing w:after="0"/>
            </w:pPr>
            <w:r>
              <w:rPr>
                <w:color w:val="A9A9A9"/>
                <w:sz w:val="14"/>
              </w:rPr>
              <w:t>__________________________________________</w:t>
            </w:r>
          </w:p>
        </w:tc>
        <w:tc>
          <w:tcPr>
            <w:tcW w:w="3168" w:type="dxa"/>
            <w:shd w:val="clear" w:color="auto" w:fill="F5F7F5"/>
            <w:tcMar>
              <w:top w:w="55" w:type="dxa"/>
              <w:left w:w="70" w:type="dxa"/>
              <w:bottom w:w="50" w:type="dxa"/>
              <w:right w:w="70" w:type="dxa"/>
            </w:tcMar>
          </w:tcPr>
          <w:p w14:paraId="51C2E1CA" w14:textId="77777777" w:rsidR="009A43C3" w:rsidRDefault="00A60DCE">
            <w:pPr>
              <w:pStyle w:val="FormLabel"/>
            </w:pPr>
            <w:r>
              <w:t>Daily benefit or elimination period</w:t>
            </w:r>
          </w:p>
          <w:p w14:paraId="3C5CE374" w14:textId="5339F292" w:rsidR="009A43C3" w:rsidRDefault="00A60DCE">
            <w:pPr>
              <w:spacing w:after="0"/>
            </w:pPr>
            <w:r>
              <w:rPr>
                <w:color w:val="A9A9A9"/>
                <w:sz w:val="14"/>
              </w:rPr>
              <w:t>_______________________________________________</w:t>
            </w:r>
          </w:p>
        </w:tc>
      </w:tr>
    </w:tbl>
    <w:p w14:paraId="46640524" w14:textId="77777777" w:rsidR="009A43C3" w:rsidRDefault="009A43C3">
      <w:pPr>
        <w:spacing w:after="0"/>
      </w:pPr>
    </w:p>
    <w:p w14:paraId="06261757" w14:textId="77777777" w:rsidR="009A43C3" w:rsidRDefault="00A60DCE">
      <w:pPr>
        <w:spacing w:after="80"/>
      </w:pPr>
      <w:r>
        <w:t>☐ Medicare card attached   ☐ Insurance cards attached   ☐ Medicaid documentation attached   ☐ Long term care policy information attached</w:t>
      </w:r>
    </w:p>
    <w:tbl>
      <w:tblPr>
        <w:tblW w:w="0" w:type="auto"/>
        <w:jc w:val="center"/>
        <w:tblLook w:val="04A0" w:firstRow="1" w:lastRow="0" w:firstColumn="1" w:lastColumn="0" w:noHBand="0" w:noVBand="1"/>
      </w:tblPr>
      <w:tblGrid>
        <w:gridCol w:w="10656"/>
      </w:tblGrid>
      <w:tr w:rsidR="009A43C3" w14:paraId="60077E8F" w14:textId="77777777">
        <w:trPr>
          <w:jc w:val="center"/>
        </w:trPr>
        <w:tc>
          <w:tcPr>
            <w:tcW w:w="10656" w:type="dxa"/>
            <w:shd w:val="clear" w:color="auto" w:fill="355246"/>
            <w:tcMar>
              <w:top w:w="55" w:type="dxa"/>
              <w:left w:w="70" w:type="dxa"/>
              <w:bottom w:w="55" w:type="dxa"/>
              <w:right w:w="70" w:type="dxa"/>
            </w:tcMar>
            <w:vAlign w:val="center"/>
          </w:tcPr>
          <w:p w14:paraId="7E5A0F3C" w14:textId="77777777" w:rsidR="009A43C3" w:rsidRDefault="00A60DCE">
            <w:pPr>
              <w:keepNext/>
            </w:pPr>
            <w:r>
              <w:rPr>
                <w:b/>
                <w:color w:val="FFFFFF"/>
                <w:sz w:val="20"/>
              </w:rPr>
              <w:lastRenderedPageBreak/>
              <w:t>FINANCIAL SECTION INSTRUCTIONS</w:t>
            </w:r>
          </w:p>
        </w:tc>
      </w:tr>
    </w:tbl>
    <w:p w14:paraId="1A8F2744" w14:textId="77777777" w:rsidR="009A43C3" w:rsidRDefault="00A60DCE">
      <w:r>
        <w:t xml:space="preserve">If the applicant currently receives Medicaid or has written Medicaid approval, </w:t>
      </w:r>
      <w:proofErr w:type="gramStart"/>
      <w:r>
        <w:t>skip</w:t>
      </w:r>
      <w:proofErr w:type="gramEnd"/>
      <w:r>
        <w:t xml:space="preserve"> the financial disclosure pages and proceed to the authorization and signature page. Otherwise, complete every financial table. Write None in any section that does not apply.</w:t>
      </w:r>
    </w:p>
    <w:tbl>
      <w:tblPr>
        <w:tblW w:w="0" w:type="auto"/>
        <w:jc w:val="center"/>
        <w:tblLook w:val="04A0" w:firstRow="1" w:lastRow="0" w:firstColumn="1" w:lastColumn="0" w:noHBand="0" w:noVBand="1"/>
      </w:tblPr>
      <w:tblGrid>
        <w:gridCol w:w="10656"/>
      </w:tblGrid>
      <w:tr w:rsidR="009A43C3" w14:paraId="7E8F254C" w14:textId="77777777">
        <w:trPr>
          <w:jc w:val="center"/>
        </w:trPr>
        <w:tc>
          <w:tcPr>
            <w:tcW w:w="10656" w:type="dxa"/>
            <w:shd w:val="clear" w:color="auto" w:fill="355246"/>
            <w:tcMar>
              <w:top w:w="55" w:type="dxa"/>
              <w:left w:w="70" w:type="dxa"/>
              <w:bottom w:w="55" w:type="dxa"/>
              <w:right w:w="70" w:type="dxa"/>
            </w:tcMar>
            <w:vAlign w:val="center"/>
          </w:tcPr>
          <w:p w14:paraId="00E22417" w14:textId="77777777" w:rsidR="009A43C3" w:rsidRDefault="00A60DCE">
            <w:pPr>
              <w:keepNext/>
            </w:pPr>
            <w:r>
              <w:rPr>
                <w:b/>
                <w:color w:val="FFFFFF"/>
                <w:sz w:val="20"/>
              </w:rPr>
              <w:t xml:space="preserve">FINANCIAL </w:t>
            </w:r>
            <w:proofErr w:type="gramStart"/>
            <w:r>
              <w:rPr>
                <w:b/>
                <w:color w:val="FFFFFF"/>
                <w:sz w:val="20"/>
              </w:rPr>
              <w:t>DISCLOSURE  ASSETS</w:t>
            </w:r>
            <w:proofErr w:type="gramEnd"/>
          </w:p>
        </w:tc>
      </w:tr>
    </w:tbl>
    <w:p w14:paraId="5496D57C" w14:textId="77777777" w:rsidR="009A43C3" w:rsidRPr="00E5134A" w:rsidRDefault="00A60DCE">
      <w:pPr>
        <w:rPr>
          <w:b/>
          <w:bCs/>
        </w:rPr>
      </w:pPr>
      <w:r>
        <w:t xml:space="preserve">List assets owned by the applicant, the applicant's spouse, or jointly, using values as of the application date. </w:t>
      </w:r>
      <w:r w:rsidRPr="00E5134A">
        <w:rPr>
          <w:b/>
          <w:bCs/>
        </w:rPr>
        <w:t>Include additional pages if needed.</w:t>
      </w:r>
    </w:p>
    <w:tbl>
      <w:tblPr>
        <w:tblStyle w:val="TableGrid"/>
        <w:tblW w:w="0" w:type="auto"/>
        <w:jc w:val="center"/>
        <w:tblLayout w:type="fixed"/>
        <w:tblLook w:val="04A0" w:firstRow="1" w:lastRow="0" w:firstColumn="1" w:lastColumn="0" w:noHBand="0" w:noVBand="1"/>
      </w:tblPr>
      <w:tblGrid>
        <w:gridCol w:w="2664"/>
        <w:gridCol w:w="4032"/>
        <w:gridCol w:w="3024"/>
        <w:gridCol w:w="2664"/>
      </w:tblGrid>
      <w:tr w:rsidR="009A43C3" w14:paraId="6F01A2B3" w14:textId="77777777">
        <w:trPr>
          <w:tblHeader/>
          <w:jc w:val="center"/>
        </w:trPr>
        <w:tc>
          <w:tcPr>
            <w:tcW w:w="2664" w:type="dxa"/>
            <w:shd w:val="clear" w:color="auto" w:fill="355246"/>
            <w:tcMar>
              <w:top w:w="55" w:type="dxa"/>
              <w:left w:w="70" w:type="dxa"/>
              <w:bottom w:w="55" w:type="dxa"/>
              <w:right w:w="70" w:type="dxa"/>
            </w:tcMar>
            <w:vAlign w:val="center"/>
          </w:tcPr>
          <w:p w14:paraId="3988EB9C" w14:textId="77777777" w:rsidR="009A43C3" w:rsidRDefault="00A60DCE">
            <w:pPr>
              <w:jc w:val="center"/>
            </w:pPr>
            <w:r>
              <w:rPr>
                <w:b/>
                <w:color w:val="FFFFFF"/>
                <w:sz w:val="15"/>
              </w:rPr>
              <w:t>Owner</w:t>
            </w:r>
          </w:p>
        </w:tc>
        <w:tc>
          <w:tcPr>
            <w:tcW w:w="2664" w:type="dxa"/>
            <w:shd w:val="clear" w:color="auto" w:fill="355246"/>
            <w:tcMar>
              <w:top w:w="55" w:type="dxa"/>
              <w:left w:w="70" w:type="dxa"/>
              <w:bottom w:w="55" w:type="dxa"/>
              <w:right w:w="70" w:type="dxa"/>
            </w:tcMar>
            <w:vAlign w:val="center"/>
          </w:tcPr>
          <w:p w14:paraId="54C39949" w14:textId="77777777" w:rsidR="009A43C3" w:rsidRDefault="00A60DCE">
            <w:pPr>
              <w:jc w:val="center"/>
            </w:pPr>
            <w:r>
              <w:rPr>
                <w:b/>
                <w:color w:val="FFFFFF"/>
                <w:sz w:val="15"/>
              </w:rPr>
              <w:t>Asset type and description</w:t>
            </w:r>
          </w:p>
        </w:tc>
        <w:tc>
          <w:tcPr>
            <w:tcW w:w="2664" w:type="dxa"/>
            <w:shd w:val="clear" w:color="auto" w:fill="355246"/>
            <w:tcMar>
              <w:top w:w="55" w:type="dxa"/>
              <w:left w:w="70" w:type="dxa"/>
              <w:bottom w:w="55" w:type="dxa"/>
              <w:right w:w="70" w:type="dxa"/>
            </w:tcMar>
            <w:vAlign w:val="center"/>
          </w:tcPr>
          <w:p w14:paraId="6EDC68A6" w14:textId="77777777" w:rsidR="009A43C3" w:rsidRDefault="00A60DCE">
            <w:pPr>
              <w:jc w:val="center"/>
            </w:pPr>
            <w:r>
              <w:rPr>
                <w:b/>
                <w:color w:val="FFFFFF"/>
                <w:sz w:val="15"/>
              </w:rPr>
              <w:t>Institution or location</w:t>
            </w:r>
          </w:p>
        </w:tc>
        <w:tc>
          <w:tcPr>
            <w:tcW w:w="2664" w:type="dxa"/>
            <w:shd w:val="clear" w:color="auto" w:fill="355246"/>
            <w:tcMar>
              <w:top w:w="55" w:type="dxa"/>
              <w:left w:w="70" w:type="dxa"/>
              <w:bottom w:w="55" w:type="dxa"/>
              <w:right w:w="70" w:type="dxa"/>
            </w:tcMar>
            <w:vAlign w:val="center"/>
          </w:tcPr>
          <w:p w14:paraId="18A78E0F" w14:textId="77777777" w:rsidR="009A43C3" w:rsidRDefault="00A60DCE">
            <w:pPr>
              <w:jc w:val="center"/>
            </w:pPr>
            <w:r>
              <w:rPr>
                <w:b/>
                <w:color w:val="FFFFFF"/>
                <w:sz w:val="15"/>
              </w:rPr>
              <w:t>Approximate value</w:t>
            </w:r>
          </w:p>
        </w:tc>
      </w:tr>
      <w:tr w:rsidR="009A43C3" w14:paraId="506E4CA3" w14:textId="77777777">
        <w:trPr>
          <w:jc w:val="center"/>
        </w:trPr>
        <w:tc>
          <w:tcPr>
            <w:tcW w:w="1656" w:type="dxa"/>
            <w:shd w:val="clear" w:color="auto" w:fill="FFFFFF"/>
            <w:tcMar>
              <w:top w:w="55" w:type="dxa"/>
              <w:left w:w="70" w:type="dxa"/>
              <w:bottom w:w="55" w:type="dxa"/>
              <w:right w:w="70" w:type="dxa"/>
            </w:tcMar>
            <w:vAlign w:val="center"/>
          </w:tcPr>
          <w:p w14:paraId="2CCB9148" w14:textId="77777777" w:rsidR="009A43C3" w:rsidRDefault="00A60DCE">
            <w:r>
              <w:rPr>
                <w:sz w:val="16"/>
              </w:rPr>
              <w:br/>
            </w:r>
          </w:p>
        </w:tc>
        <w:tc>
          <w:tcPr>
            <w:tcW w:w="4032" w:type="dxa"/>
            <w:shd w:val="clear" w:color="auto" w:fill="FFFFFF"/>
            <w:tcMar>
              <w:top w:w="55" w:type="dxa"/>
              <w:left w:w="70" w:type="dxa"/>
              <w:bottom w:w="55" w:type="dxa"/>
              <w:right w:w="70" w:type="dxa"/>
            </w:tcMar>
            <w:vAlign w:val="center"/>
          </w:tcPr>
          <w:p w14:paraId="1891527F" w14:textId="77777777" w:rsidR="009A43C3" w:rsidRDefault="00A60DCE">
            <w:r>
              <w:rPr>
                <w:sz w:val="16"/>
              </w:rPr>
              <w:br/>
            </w:r>
          </w:p>
        </w:tc>
        <w:tc>
          <w:tcPr>
            <w:tcW w:w="3024" w:type="dxa"/>
            <w:shd w:val="clear" w:color="auto" w:fill="FFFFFF"/>
            <w:tcMar>
              <w:top w:w="55" w:type="dxa"/>
              <w:left w:w="70" w:type="dxa"/>
              <w:bottom w:w="55" w:type="dxa"/>
              <w:right w:w="70" w:type="dxa"/>
            </w:tcMar>
            <w:vAlign w:val="center"/>
          </w:tcPr>
          <w:p w14:paraId="1A1695BA" w14:textId="77777777" w:rsidR="009A43C3" w:rsidRDefault="00A60DCE">
            <w:r>
              <w:rPr>
                <w:sz w:val="16"/>
              </w:rPr>
              <w:br/>
            </w:r>
          </w:p>
        </w:tc>
        <w:tc>
          <w:tcPr>
            <w:tcW w:w="1944" w:type="dxa"/>
            <w:shd w:val="clear" w:color="auto" w:fill="FFFFFF"/>
            <w:tcMar>
              <w:top w:w="55" w:type="dxa"/>
              <w:left w:w="70" w:type="dxa"/>
              <w:bottom w:w="55" w:type="dxa"/>
              <w:right w:w="70" w:type="dxa"/>
            </w:tcMar>
            <w:vAlign w:val="center"/>
          </w:tcPr>
          <w:p w14:paraId="6F7AADE6" w14:textId="77777777" w:rsidR="009A43C3" w:rsidRDefault="00A60DCE">
            <w:r>
              <w:rPr>
                <w:sz w:val="16"/>
              </w:rPr>
              <w:br/>
            </w:r>
          </w:p>
        </w:tc>
      </w:tr>
      <w:tr w:rsidR="009A43C3" w14:paraId="6EAED0C0" w14:textId="77777777">
        <w:trPr>
          <w:jc w:val="center"/>
        </w:trPr>
        <w:tc>
          <w:tcPr>
            <w:tcW w:w="1656" w:type="dxa"/>
            <w:shd w:val="clear" w:color="auto" w:fill="FFFFFF"/>
            <w:tcMar>
              <w:top w:w="55" w:type="dxa"/>
              <w:left w:w="70" w:type="dxa"/>
              <w:bottom w:w="55" w:type="dxa"/>
              <w:right w:w="70" w:type="dxa"/>
            </w:tcMar>
            <w:vAlign w:val="center"/>
          </w:tcPr>
          <w:p w14:paraId="327EDB43" w14:textId="77777777" w:rsidR="009A43C3" w:rsidRDefault="00A60DCE">
            <w:r>
              <w:rPr>
                <w:sz w:val="16"/>
              </w:rPr>
              <w:br/>
            </w:r>
          </w:p>
        </w:tc>
        <w:tc>
          <w:tcPr>
            <w:tcW w:w="4032" w:type="dxa"/>
            <w:shd w:val="clear" w:color="auto" w:fill="FFFFFF"/>
            <w:tcMar>
              <w:top w:w="55" w:type="dxa"/>
              <w:left w:w="70" w:type="dxa"/>
              <w:bottom w:w="55" w:type="dxa"/>
              <w:right w:w="70" w:type="dxa"/>
            </w:tcMar>
            <w:vAlign w:val="center"/>
          </w:tcPr>
          <w:p w14:paraId="47AE6F35" w14:textId="77777777" w:rsidR="009A43C3" w:rsidRDefault="00A60DCE">
            <w:r>
              <w:rPr>
                <w:sz w:val="16"/>
              </w:rPr>
              <w:br/>
            </w:r>
          </w:p>
        </w:tc>
        <w:tc>
          <w:tcPr>
            <w:tcW w:w="3024" w:type="dxa"/>
            <w:shd w:val="clear" w:color="auto" w:fill="FFFFFF"/>
            <w:tcMar>
              <w:top w:w="55" w:type="dxa"/>
              <w:left w:w="70" w:type="dxa"/>
              <w:bottom w:w="55" w:type="dxa"/>
              <w:right w:w="70" w:type="dxa"/>
            </w:tcMar>
            <w:vAlign w:val="center"/>
          </w:tcPr>
          <w:p w14:paraId="09ED243E" w14:textId="77777777" w:rsidR="009A43C3" w:rsidRDefault="00A60DCE">
            <w:r>
              <w:rPr>
                <w:sz w:val="16"/>
              </w:rPr>
              <w:br/>
            </w:r>
          </w:p>
        </w:tc>
        <w:tc>
          <w:tcPr>
            <w:tcW w:w="1944" w:type="dxa"/>
            <w:shd w:val="clear" w:color="auto" w:fill="FFFFFF"/>
            <w:tcMar>
              <w:top w:w="55" w:type="dxa"/>
              <w:left w:w="70" w:type="dxa"/>
              <w:bottom w:w="55" w:type="dxa"/>
              <w:right w:w="70" w:type="dxa"/>
            </w:tcMar>
            <w:vAlign w:val="center"/>
          </w:tcPr>
          <w:p w14:paraId="699405C9" w14:textId="77777777" w:rsidR="009A43C3" w:rsidRDefault="00A60DCE">
            <w:r>
              <w:rPr>
                <w:sz w:val="16"/>
              </w:rPr>
              <w:br/>
            </w:r>
          </w:p>
        </w:tc>
      </w:tr>
      <w:tr w:rsidR="009A43C3" w14:paraId="4C4B118D" w14:textId="77777777">
        <w:trPr>
          <w:jc w:val="center"/>
        </w:trPr>
        <w:tc>
          <w:tcPr>
            <w:tcW w:w="1656" w:type="dxa"/>
            <w:shd w:val="clear" w:color="auto" w:fill="FFFFFF"/>
            <w:tcMar>
              <w:top w:w="55" w:type="dxa"/>
              <w:left w:w="70" w:type="dxa"/>
              <w:bottom w:w="55" w:type="dxa"/>
              <w:right w:w="70" w:type="dxa"/>
            </w:tcMar>
            <w:vAlign w:val="center"/>
          </w:tcPr>
          <w:p w14:paraId="438B42B2" w14:textId="77777777" w:rsidR="009A43C3" w:rsidRDefault="00A60DCE">
            <w:r>
              <w:rPr>
                <w:sz w:val="16"/>
              </w:rPr>
              <w:br/>
            </w:r>
          </w:p>
        </w:tc>
        <w:tc>
          <w:tcPr>
            <w:tcW w:w="4032" w:type="dxa"/>
            <w:shd w:val="clear" w:color="auto" w:fill="FFFFFF"/>
            <w:tcMar>
              <w:top w:w="55" w:type="dxa"/>
              <w:left w:w="70" w:type="dxa"/>
              <w:bottom w:w="55" w:type="dxa"/>
              <w:right w:w="70" w:type="dxa"/>
            </w:tcMar>
            <w:vAlign w:val="center"/>
          </w:tcPr>
          <w:p w14:paraId="508A84B3" w14:textId="77777777" w:rsidR="009A43C3" w:rsidRDefault="00A60DCE">
            <w:r>
              <w:rPr>
                <w:sz w:val="16"/>
              </w:rPr>
              <w:br/>
            </w:r>
          </w:p>
        </w:tc>
        <w:tc>
          <w:tcPr>
            <w:tcW w:w="3024" w:type="dxa"/>
            <w:shd w:val="clear" w:color="auto" w:fill="FFFFFF"/>
            <w:tcMar>
              <w:top w:w="55" w:type="dxa"/>
              <w:left w:w="70" w:type="dxa"/>
              <w:bottom w:w="55" w:type="dxa"/>
              <w:right w:w="70" w:type="dxa"/>
            </w:tcMar>
            <w:vAlign w:val="center"/>
          </w:tcPr>
          <w:p w14:paraId="6D119F4A" w14:textId="77777777" w:rsidR="009A43C3" w:rsidRDefault="00A60DCE">
            <w:r>
              <w:rPr>
                <w:sz w:val="16"/>
              </w:rPr>
              <w:br/>
            </w:r>
          </w:p>
        </w:tc>
        <w:tc>
          <w:tcPr>
            <w:tcW w:w="1944" w:type="dxa"/>
            <w:shd w:val="clear" w:color="auto" w:fill="FFFFFF"/>
            <w:tcMar>
              <w:top w:w="55" w:type="dxa"/>
              <w:left w:w="70" w:type="dxa"/>
              <w:bottom w:w="55" w:type="dxa"/>
              <w:right w:w="70" w:type="dxa"/>
            </w:tcMar>
            <w:vAlign w:val="center"/>
          </w:tcPr>
          <w:p w14:paraId="5818D909" w14:textId="77777777" w:rsidR="009A43C3" w:rsidRDefault="00A60DCE">
            <w:r>
              <w:rPr>
                <w:sz w:val="16"/>
              </w:rPr>
              <w:br/>
            </w:r>
          </w:p>
        </w:tc>
      </w:tr>
      <w:tr w:rsidR="009A43C3" w14:paraId="486A6A88" w14:textId="77777777">
        <w:trPr>
          <w:jc w:val="center"/>
        </w:trPr>
        <w:tc>
          <w:tcPr>
            <w:tcW w:w="1656" w:type="dxa"/>
            <w:shd w:val="clear" w:color="auto" w:fill="FFFFFF"/>
            <w:tcMar>
              <w:top w:w="55" w:type="dxa"/>
              <w:left w:w="70" w:type="dxa"/>
              <w:bottom w:w="55" w:type="dxa"/>
              <w:right w:w="70" w:type="dxa"/>
            </w:tcMar>
            <w:vAlign w:val="center"/>
          </w:tcPr>
          <w:p w14:paraId="76ED1B8C" w14:textId="77777777" w:rsidR="009A43C3" w:rsidRDefault="00A60DCE">
            <w:r>
              <w:rPr>
                <w:sz w:val="16"/>
              </w:rPr>
              <w:br/>
            </w:r>
          </w:p>
        </w:tc>
        <w:tc>
          <w:tcPr>
            <w:tcW w:w="4032" w:type="dxa"/>
            <w:shd w:val="clear" w:color="auto" w:fill="FFFFFF"/>
            <w:tcMar>
              <w:top w:w="55" w:type="dxa"/>
              <w:left w:w="70" w:type="dxa"/>
              <w:bottom w:w="55" w:type="dxa"/>
              <w:right w:w="70" w:type="dxa"/>
            </w:tcMar>
            <w:vAlign w:val="center"/>
          </w:tcPr>
          <w:p w14:paraId="0146B516" w14:textId="77777777" w:rsidR="009A43C3" w:rsidRDefault="00A60DCE">
            <w:r>
              <w:rPr>
                <w:sz w:val="16"/>
              </w:rPr>
              <w:br/>
            </w:r>
          </w:p>
        </w:tc>
        <w:tc>
          <w:tcPr>
            <w:tcW w:w="3024" w:type="dxa"/>
            <w:shd w:val="clear" w:color="auto" w:fill="FFFFFF"/>
            <w:tcMar>
              <w:top w:w="55" w:type="dxa"/>
              <w:left w:w="70" w:type="dxa"/>
              <w:bottom w:w="55" w:type="dxa"/>
              <w:right w:w="70" w:type="dxa"/>
            </w:tcMar>
            <w:vAlign w:val="center"/>
          </w:tcPr>
          <w:p w14:paraId="109DBDC6" w14:textId="77777777" w:rsidR="009A43C3" w:rsidRDefault="00A60DCE">
            <w:r>
              <w:rPr>
                <w:sz w:val="16"/>
              </w:rPr>
              <w:br/>
            </w:r>
          </w:p>
        </w:tc>
        <w:tc>
          <w:tcPr>
            <w:tcW w:w="1944" w:type="dxa"/>
            <w:shd w:val="clear" w:color="auto" w:fill="FFFFFF"/>
            <w:tcMar>
              <w:top w:w="55" w:type="dxa"/>
              <w:left w:w="70" w:type="dxa"/>
              <w:bottom w:w="55" w:type="dxa"/>
              <w:right w:w="70" w:type="dxa"/>
            </w:tcMar>
            <w:vAlign w:val="center"/>
          </w:tcPr>
          <w:p w14:paraId="0E8611ED" w14:textId="77777777" w:rsidR="009A43C3" w:rsidRDefault="00A60DCE">
            <w:r>
              <w:rPr>
                <w:sz w:val="16"/>
              </w:rPr>
              <w:br/>
            </w:r>
          </w:p>
        </w:tc>
      </w:tr>
      <w:tr w:rsidR="009A43C3" w14:paraId="72BCA434" w14:textId="77777777">
        <w:trPr>
          <w:jc w:val="center"/>
        </w:trPr>
        <w:tc>
          <w:tcPr>
            <w:tcW w:w="1656" w:type="dxa"/>
            <w:shd w:val="clear" w:color="auto" w:fill="FFFFFF"/>
            <w:tcMar>
              <w:top w:w="55" w:type="dxa"/>
              <w:left w:w="70" w:type="dxa"/>
              <w:bottom w:w="55" w:type="dxa"/>
              <w:right w:w="70" w:type="dxa"/>
            </w:tcMar>
            <w:vAlign w:val="center"/>
          </w:tcPr>
          <w:p w14:paraId="3585B2CB" w14:textId="77777777" w:rsidR="009A43C3" w:rsidRDefault="00A60DCE">
            <w:r>
              <w:rPr>
                <w:sz w:val="16"/>
              </w:rPr>
              <w:br/>
            </w:r>
          </w:p>
        </w:tc>
        <w:tc>
          <w:tcPr>
            <w:tcW w:w="4032" w:type="dxa"/>
            <w:shd w:val="clear" w:color="auto" w:fill="FFFFFF"/>
            <w:tcMar>
              <w:top w:w="55" w:type="dxa"/>
              <w:left w:w="70" w:type="dxa"/>
              <w:bottom w:w="55" w:type="dxa"/>
              <w:right w:w="70" w:type="dxa"/>
            </w:tcMar>
            <w:vAlign w:val="center"/>
          </w:tcPr>
          <w:p w14:paraId="6528ED8F" w14:textId="77777777" w:rsidR="009A43C3" w:rsidRDefault="00A60DCE">
            <w:r>
              <w:rPr>
                <w:sz w:val="16"/>
              </w:rPr>
              <w:br/>
            </w:r>
          </w:p>
        </w:tc>
        <w:tc>
          <w:tcPr>
            <w:tcW w:w="3024" w:type="dxa"/>
            <w:shd w:val="clear" w:color="auto" w:fill="FFFFFF"/>
            <w:tcMar>
              <w:top w:w="55" w:type="dxa"/>
              <w:left w:w="70" w:type="dxa"/>
              <w:bottom w:w="55" w:type="dxa"/>
              <w:right w:w="70" w:type="dxa"/>
            </w:tcMar>
            <w:vAlign w:val="center"/>
          </w:tcPr>
          <w:p w14:paraId="6E2E82A7" w14:textId="77777777" w:rsidR="009A43C3" w:rsidRDefault="00A60DCE">
            <w:r>
              <w:rPr>
                <w:sz w:val="16"/>
              </w:rPr>
              <w:br/>
            </w:r>
          </w:p>
        </w:tc>
        <w:tc>
          <w:tcPr>
            <w:tcW w:w="1944" w:type="dxa"/>
            <w:shd w:val="clear" w:color="auto" w:fill="FFFFFF"/>
            <w:tcMar>
              <w:top w:w="55" w:type="dxa"/>
              <w:left w:w="70" w:type="dxa"/>
              <w:bottom w:w="55" w:type="dxa"/>
              <w:right w:w="70" w:type="dxa"/>
            </w:tcMar>
            <w:vAlign w:val="center"/>
          </w:tcPr>
          <w:p w14:paraId="09573C9A" w14:textId="77777777" w:rsidR="009A43C3" w:rsidRDefault="00A60DCE">
            <w:r>
              <w:rPr>
                <w:sz w:val="16"/>
              </w:rPr>
              <w:br/>
            </w:r>
          </w:p>
        </w:tc>
      </w:tr>
      <w:tr w:rsidR="009A43C3" w14:paraId="11AEEB71" w14:textId="77777777">
        <w:trPr>
          <w:jc w:val="center"/>
        </w:trPr>
        <w:tc>
          <w:tcPr>
            <w:tcW w:w="1656" w:type="dxa"/>
            <w:shd w:val="clear" w:color="auto" w:fill="FFFFFF"/>
            <w:tcMar>
              <w:top w:w="55" w:type="dxa"/>
              <w:left w:w="70" w:type="dxa"/>
              <w:bottom w:w="55" w:type="dxa"/>
              <w:right w:w="70" w:type="dxa"/>
            </w:tcMar>
            <w:vAlign w:val="center"/>
          </w:tcPr>
          <w:p w14:paraId="49F44AF0" w14:textId="77777777" w:rsidR="009A43C3" w:rsidRDefault="00A60DCE">
            <w:r>
              <w:rPr>
                <w:sz w:val="16"/>
              </w:rPr>
              <w:br/>
            </w:r>
          </w:p>
        </w:tc>
        <w:tc>
          <w:tcPr>
            <w:tcW w:w="4032" w:type="dxa"/>
            <w:shd w:val="clear" w:color="auto" w:fill="FFFFFF"/>
            <w:tcMar>
              <w:top w:w="55" w:type="dxa"/>
              <w:left w:w="70" w:type="dxa"/>
              <w:bottom w:w="55" w:type="dxa"/>
              <w:right w:w="70" w:type="dxa"/>
            </w:tcMar>
            <w:vAlign w:val="center"/>
          </w:tcPr>
          <w:p w14:paraId="3BEBB054" w14:textId="77777777" w:rsidR="009A43C3" w:rsidRDefault="00A60DCE">
            <w:r>
              <w:rPr>
                <w:sz w:val="16"/>
              </w:rPr>
              <w:br/>
            </w:r>
          </w:p>
        </w:tc>
        <w:tc>
          <w:tcPr>
            <w:tcW w:w="3024" w:type="dxa"/>
            <w:shd w:val="clear" w:color="auto" w:fill="FFFFFF"/>
            <w:tcMar>
              <w:top w:w="55" w:type="dxa"/>
              <w:left w:w="70" w:type="dxa"/>
              <w:bottom w:w="55" w:type="dxa"/>
              <w:right w:w="70" w:type="dxa"/>
            </w:tcMar>
            <w:vAlign w:val="center"/>
          </w:tcPr>
          <w:p w14:paraId="5BD869DF" w14:textId="77777777" w:rsidR="009A43C3" w:rsidRDefault="00A60DCE">
            <w:r>
              <w:rPr>
                <w:sz w:val="16"/>
              </w:rPr>
              <w:br/>
            </w:r>
          </w:p>
        </w:tc>
        <w:tc>
          <w:tcPr>
            <w:tcW w:w="1944" w:type="dxa"/>
            <w:shd w:val="clear" w:color="auto" w:fill="FFFFFF"/>
            <w:tcMar>
              <w:top w:w="55" w:type="dxa"/>
              <w:left w:w="70" w:type="dxa"/>
              <w:bottom w:w="55" w:type="dxa"/>
              <w:right w:w="70" w:type="dxa"/>
            </w:tcMar>
            <w:vAlign w:val="center"/>
          </w:tcPr>
          <w:p w14:paraId="1862644F" w14:textId="77777777" w:rsidR="009A43C3" w:rsidRDefault="00A60DCE">
            <w:r>
              <w:rPr>
                <w:sz w:val="16"/>
              </w:rPr>
              <w:br/>
            </w:r>
          </w:p>
        </w:tc>
      </w:tr>
      <w:tr w:rsidR="009A43C3" w14:paraId="023FC6E4" w14:textId="77777777">
        <w:trPr>
          <w:jc w:val="center"/>
        </w:trPr>
        <w:tc>
          <w:tcPr>
            <w:tcW w:w="1656" w:type="dxa"/>
            <w:shd w:val="clear" w:color="auto" w:fill="FFFFFF"/>
            <w:tcMar>
              <w:top w:w="55" w:type="dxa"/>
              <w:left w:w="70" w:type="dxa"/>
              <w:bottom w:w="55" w:type="dxa"/>
              <w:right w:w="70" w:type="dxa"/>
            </w:tcMar>
            <w:vAlign w:val="center"/>
          </w:tcPr>
          <w:p w14:paraId="7E8AFF20" w14:textId="77777777" w:rsidR="009A43C3" w:rsidRDefault="00A60DCE">
            <w:r>
              <w:rPr>
                <w:sz w:val="16"/>
              </w:rPr>
              <w:br/>
            </w:r>
          </w:p>
        </w:tc>
        <w:tc>
          <w:tcPr>
            <w:tcW w:w="4032" w:type="dxa"/>
            <w:shd w:val="clear" w:color="auto" w:fill="FFFFFF"/>
            <w:tcMar>
              <w:top w:w="55" w:type="dxa"/>
              <w:left w:w="70" w:type="dxa"/>
              <w:bottom w:w="55" w:type="dxa"/>
              <w:right w:w="70" w:type="dxa"/>
            </w:tcMar>
            <w:vAlign w:val="center"/>
          </w:tcPr>
          <w:p w14:paraId="356A6DDB" w14:textId="77777777" w:rsidR="009A43C3" w:rsidRDefault="00A60DCE">
            <w:r>
              <w:rPr>
                <w:sz w:val="16"/>
              </w:rPr>
              <w:br/>
            </w:r>
          </w:p>
        </w:tc>
        <w:tc>
          <w:tcPr>
            <w:tcW w:w="3024" w:type="dxa"/>
            <w:shd w:val="clear" w:color="auto" w:fill="FFFFFF"/>
            <w:tcMar>
              <w:top w:w="55" w:type="dxa"/>
              <w:left w:w="70" w:type="dxa"/>
              <w:bottom w:w="55" w:type="dxa"/>
              <w:right w:w="70" w:type="dxa"/>
            </w:tcMar>
            <w:vAlign w:val="center"/>
          </w:tcPr>
          <w:p w14:paraId="4F052E85" w14:textId="77777777" w:rsidR="009A43C3" w:rsidRDefault="00A60DCE">
            <w:r>
              <w:rPr>
                <w:sz w:val="16"/>
              </w:rPr>
              <w:br/>
            </w:r>
          </w:p>
        </w:tc>
        <w:tc>
          <w:tcPr>
            <w:tcW w:w="1944" w:type="dxa"/>
            <w:shd w:val="clear" w:color="auto" w:fill="FFFFFF"/>
            <w:tcMar>
              <w:top w:w="55" w:type="dxa"/>
              <w:left w:w="70" w:type="dxa"/>
              <w:bottom w:w="55" w:type="dxa"/>
              <w:right w:w="70" w:type="dxa"/>
            </w:tcMar>
            <w:vAlign w:val="center"/>
          </w:tcPr>
          <w:p w14:paraId="14D6747E" w14:textId="77777777" w:rsidR="009A43C3" w:rsidRDefault="00A60DCE">
            <w:r>
              <w:rPr>
                <w:sz w:val="16"/>
              </w:rPr>
              <w:br/>
            </w:r>
          </w:p>
        </w:tc>
      </w:tr>
      <w:tr w:rsidR="009A43C3" w14:paraId="1F0A19AA" w14:textId="77777777">
        <w:trPr>
          <w:jc w:val="center"/>
        </w:trPr>
        <w:tc>
          <w:tcPr>
            <w:tcW w:w="1656" w:type="dxa"/>
            <w:shd w:val="clear" w:color="auto" w:fill="FFFFFF"/>
            <w:tcMar>
              <w:top w:w="55" w:type="dxa"/>
              <w:left w:w="70" w:type="dxa"/>
              <w:bottom w:w="55" w:type="dxa"/>
              <w:right w:w="70" w:type="dxa"/>
            </w:tcMar>
            <w:vAlign w:val="center"/>
          </w:tcPr>
          <w:p w14:paraId="63BDC662" w14:textId="77777777" w:rsidR="009A43C3" w:rsidRDefault="00A60DCE">
            <w:r>
              <w:rPr>
                <w:sz w:val="16"/>
              </w:rPr>
              <w:br/>
            </w:r>
          </w:p>
        </w:tc>
        <w:tc>
          <w:tcPr>
            <w:tcW w:w="4032" w:type="dxa"/>
            <w:shd w:val="clear" w:color="auto" w:fill="FFFFFF"/>
            <w:tcMar>
              <w:top w:w="55" w:type="dxa"/>
              <w:left w:w="70" w:type="dxa"/>
              <w:bottom w:w="55" w:type="dxa"/>
              <w:right w:w="70" w:type="dxa"/>
            </w:tcMar>
            <w:vAlign w:val="center"/>
          </w:tcPr>
          <w:p w14:paraId="0270883B" w14:textId="77777777" w:rsidR="009A43C3" w:rsidRDefault="00A60DCE">
            <w:r>
              <w:rPr>
                <w:sz w:val="16"/>
              </w:rPr>
              <w:br/>
            </w:r>
          </w:p>
        </w:tc>
        <w:tc>
          <w:tcPr>
            <w:tcW w:w="3024" w:type="dxa"/>
            <w:shd w:val="clear" w:color="auto" w:fill="FFFFFF"/>
            <w:tcMar>
              <w:top w:w="55" w:type="dxa"/>
              <w:left w:w="70" w:type="dxa"/>
              <w:bottom w:w="55" w:type="dxa"/>
              <w:right w:w="70" w:type="dxa"/>
            </w:tcMar>
            <w:vAlign w:val="center"/>
          </w:tcPr>
          <w:p w14:paraId="3226F5C2" w14:textId="77777777" w:rsidR="009A43C3" w:rsidRDefault="00A60DCE">
            <w:r>
              <w:rPr>
                <w:sz w:val="16"/>
              </w:rPr>
              <w:br/>
            </w:r>
          </w:p>
        </w:tc>
        <w:tc>
          <w:tcPr>
            <w:tcW w:w="1944" w:type="dxa"/>
            <w:shd w:val="clear" w:color="auto" w:fill="FFFFFF"/>
            <w:tcMar>
              <w:top w:w="55" w:type="dxa"/>
              <w:left w:w="70" w:type="dxa"/>
              <w:bottom w:w="55" w:type="dxa"/>
              <w:right w:w="70" w:type="dxa"/>
            </w:tcMar>
            <w:vAlign w:val="center"/>
          </w:tcPr>
          <w:p w14:paraId="1BAEE168" w14:textId="77777777" w:rsidR="009A43C3" w:rsidRDefault="00A60DCE">
            <w:r>
              <w:rPr>
                <w:sz w:val="16"/>
              </w:rPr>
              <w:br/>
            </w:r>
          </w:p>
        </w:tc>
      </w:tr>
      <w:tr w:rsidR="009A43C3" w14:paraId="388DE8E0" w14:textId="77777777">
        <w:trPr>
          <w:jc w:val="center"/>
        </w:trPr>
        <w:tc>
          <w:tcPr>
            <w:tcW w:w="1656" w:type="dxa"/>
            <w:shd w:val="clear" w:color="auto" w:fill="FFFFFF"/>
            <w:tcMar>
              <w:top w:w="55" w:type="dxa"/>
              <w:left w:w="70" w:type="dxa"/>
              <w:bottom w:w="55" w:type="dxa"/>
              <w:right w:w="70" w:type="dxa"/>
            </w:tcMar>
            <w:vAlign w:val="center"/>
          </w:tcPr>
          <w:p w14:paraId="61876227" w14:textId="77777777" w:rsidR="009A43C3" w:rsidRDefault="00A60DCE">
            <w:r>
              <w:rPr>
                <w:sz w:val="16"/>
              </w:rPr>
              <w:br/>
            </w:r>
          </w:p>
        </w:tc>
        <w:tc>
          <w:tcPr>
            <w:tcW w:w="4032" w:type="dxa"/>
            <w:shd w:val="clear" w:color="auto" w:fill="FFFFFF"/>
            <w:tcMar>
              <w:top w:w="55" w:type="dxa"/>
              <w:left w:w="70" w:type="dxa"/>
              <w:bottom w:w="55" w:type="dxa"/>
              <w:right w:w="70" w:type="dxa"/>
            </w:tcMar>
            <w:vAlign w:val="center"/>
          </w:tcPr>
          <w:p w14:paraId="21CD5261" w14:textId="77777777" w:rsidR="009A43C3" w:rsidRDefault="00A60DCE">
            <w:r>
              <w:rPr>
                <w:sz w:val="16"/>
              </w:rPr>
              <w:br/>
            </w:r>
          </w:p>
        </w:tc>
        <w:tc>
          <w:tcPr>
            <w:tcW w:w="3024" w:type="dxa"/>
            <w:shd w:val="clear" w:color="auto" w:fill="FFFFFF"/>
            <w:tcMar>
              <w:top w:w="55" w:type="dxa"/>
              <w:left w:w="70" w:type="dxa"/>
              <w:bottom w:w="55" w:type="dxa"/>
              <w:right w:w="70" w:type="dxa"/>
            </w:tcMar>
            <w:vAlign w:val="center"/>
          </w:tcPr>
          <w:p w14:paraId="5CDE0F67" w14:textId="77777777" w:rsidR="009A43C3" w:rsidRDefault="00A60DCE">
            <w:r>
              <w:rPr>
                <w:sz w:val="16"/>
              </w:rPr>
              <w:br/>
            </w:r>
          </w:p>
        </w:tc>
        <w:tc>
          <w:tcPr>
            <w:tcW w:w="1944" w:type="dxa"/>
            <w:shd w:val="clear" w:color="auto" w:fill="FFFFFF"/>
            <w:tcMar>
              <w:top w:w="55" w:type="dxa"/>
              <w:left w:w="70" w:type="dxa"/>
              <w:bottom w:w="55" w:type="dxa"/>
              <w:right w:w="70" w:type="dxa"/>
            </w:tcMar>
            <w:vAlign w:val="center"/>
          </w:tcPr>
          <w:p w14:paraId="4E01DD26" w14:textId="77777777" w:rsidR="009A43C3" w:rsidRDefault="00A60DCE">
            <w:r>
              <w:rPr>
                <w:sz w:val="16"/>
              </w:rPr>
              <w:br/>
            </w:r>
          </w:p>
        </w:tc>
      </w:tr>
      <w:tr w:rsidR="009A43C3" w14:paraId="29D38E80" w14:textId="77777777">
        <w:trPr>
          <w:jc w:val="center"/>
        </w:trPr>
        <w:tc>
          <w:tcPr>
            <w:tcW w:w="1656" w:type="dxa"/>
            <w:shd w:val="clear" w:color="auto" w:fill="FFFFFF"/>
            <w:tcMar>
              <w:top w:w="55" w:type="dxa"/>
              <w:left w:w="70" w:type="dxa"/>
              <w:bottom w:w="55" w:type="dxa"/>
              <w:right w:w="70" w:type="dxa"/>
            </w:tcMar>
            <w:vAlign w:val="center"/>
          </w:tcPr>
          <w:p w14:paraId="372BACB2" w14:textId="77777777" w:rsidR="009A43C3" w:rsidRDefault="00A60DCE">
            <w:r>
              <w:rPr>
                <w:sz w:val="16"/>
              </w:rPr>
              <w:br/>
            </w:r>
          </w:p>
        </w:tc>
        <w:tc>
          <w:tcPr>
            <w:tcW w:w="4032" w:type="dxa"/>
            <w:shd w:val="clear" w:color="auto" w:fill="FFFFFF"/>
            <w:tcMar>
              <w:top w:w="55" w:type="dxa"/>
              <w:left w:w="70" w:type="dxa"/>
              <w:bottom w:w="55" w:type="dxa"/>
              <w:right w:w="70" w:type="dxa"/>
            </w:tcMar>
            <w:vAlign w:val="center"/>
          </w:tcPr>
          <w:p w14:paraId="218D01E8" w14:textId="77777777" w:rsidR="009A43C3" w:rsidRDefault="00A60DCE">
            <w:r>
              <w:rPr>
                <w:sz w:val="16"/>
              </w:rPr>
              <w:br/>
            </w:r>
          </w:p>
        </w:tc>
        <w:tc>
          <w:tcPr>
            <w:tcW w:w="3024" w:type="dxa"/>
            <w:shd w:val="clear" w:color="auto" w:fill="FFFFFF"/>
            <w:tcMar>
              <w:top w:w="55" w:type="dxa"/>
              <w:left w:w="70" w:type="dxa"/>
              <w:bottom w:w="55" w:type="dxa"/>
              <w:right w:w="70" w:type="dxa"/>
            </w:tcMar>
            <w:vAlign w:val="center"/>
          </w:tcPr>
          <w:p w14:paraId="398EE192" w14:textId="77777777" w:rsidR="009A43C3" w:rsidRDefault="00A60DCE">
            <w:r>
              <w:rPr>
                <w:sz w:val="16"/>
              </w:rPr>
              <w:br/>
            </w:r>
          </w:p>
        </w:tc>
        <w:tc>
          <w:tcPr>
            <w:tcW w:w="1944" w:type="dxa"/>
            <w:shd w:val="clear" w:color="auto" w:fill="FFFFFF"/>
            <w:tcMar>
              <w:top w:w="55" w:type="dxa"/>
              <w:left w:w="70" w:type="dxa"/>
              <w:bottom w:w="55" w:type="dxa"/>
              <w:right w:w="70" w:type="dxa"/>
            </w:tcMar>
            <w:vAlign w:val="center"/>
          </w:tcPr>
          <w:p w14:paraId="39707209" w14:textId="77777777" w:rsidR="009A43C3" w:rsidRDefault="00A60DCE">
            <w:r>
              <w:rPr>
                <w:sz w:val="16"/>
              </w:rPr>
              <w:br/>
            </w:r>
          </w:p>
        </w:tc>
      </w:tr>
      <w:tr w:rsidR="009A43C3" w14:paraId="3CC8012C" w14:textId="77777777">
        <w:trPr>
          <w:jc w:val="center"/>
        </w:trPr>
        <w:tc>
          <w:tcPr>
            <w:tcW w:w="1656" w:type="dxa"/>
            <w:shd w:val="clear" w:color="auto" w:fill="FFFFFF"/>
            <w:tcMar>
              <w:top w:w="55" w:type="dxa"/>
              <w:left w:w="70" w:type="dxa"/>
              <w:bottom w:w="55" w:type="dxa"/>
              <w:right w:w="70" w:type="dxa"/>
            </w:tcMar>
            <w:vAlign w:val="center"/>
          </w:tcPr>
          <w:p w14:paraId="340E8610" w14:textId="77777777" w:rsidR="009A43C3" w:rsidRDefault="00A60DCE">
            <w:r>
              <w:rPr>
                <w:sz w:val="16"/>
              </w:rPr>
              <w:br/>
            </w:r>
          </w:p>
        </w:tc>
        <w:tc>
          <w:tcPr>
            <w:tcW w:w="4032" w:type="dxa"/>
            <w:shd w:val="clear" w:color="auto" w:fill="FFFFFF"/>
            <w:tcMar>
              <w:top w:w="55" w:type="dxa"/>
              <w:left w:w="70" w:type="dxa"/>
              <w:bottom w:w="55" w:type="dxa"/>
              <w:right w:w="70" w:type="dxa"/>
            </w:tcMar>
            <w:vAlign w:val="center"/>
          </w:tcPr>
          <w:p w14:paraId="2C39EB2E" w14:textId="77777777" w:rsidR="009A43C3" w:rsidRDefault="00A60DCE">
            <w:r>
              <w:rPr>
                <w:sz w:val="16"/>
              </w:rPr>
              <w:br/>
            </w:r>
          </w:p>
        </w:tc>
        <w:tc>
          <w:tcPr>
            <w:tcW w:w="3024" w:type="dxa"/>
            <w:shd w:val="clear" w:color="auto" w:fill="FFFFFF"/>
            <w:tcMar>
              <w:top w:w="55" w:type="dxa"/>
              <w:left w:w="70" w:type="dxa"/>
              <w:bottom w:w="55" w:type="dxa"/>
              <w:right w:w="70" w:type="dxa"/>
            </w:tcMar>
            <w:vAlign w:val="center"/>
          </w:tcPr>
          <w:p w14:paraId="4500159C" w14:textId="77777777" w:rsidR="009A43C3" w:rsidRDefault="00A60DCE">
            <w:r>
              <w:rPr>
                <w:sz w:val="16"/>
              </w:rPr>
              <w:br/>
            </w:r>
          </w:p>
        </w:tc>
        <w:tc>
          <w:tcPr>
            <w:tcW w:w="1944" w:type="dxa"/>
            <w:shd w:val="clear" w:color="auto" w:fill="FFFFFF"/>
            <w:tcMar>
              <w:top w:w="55" w:type="dxa"/>
              <w:left w:w="70" w:type="dxa"/>
              <w:bottom w:w="55" w:type="dxa"/>
              <w:right w:w="70" w:type="dxa"/>
            </w:tcMar>
            <w:vAlign w:val="center"/>
          </w:tcPr>
          <w:p w14:paraId="2F49C99B" w14:textId="77777777" w:rsidR="009A43C3" w:rsidRDefault="00A60DCE">
            <w:r>
              <w:rPr>
                <w:sz w:val="16"/>
              </w:rPr>
              <w:br/>
            </w:r>
          </w:p>
        </w:tc>
      </w:tr>
      <w:tr w:rsidR="009A43C3" w14:paraId="5313831F" w14:textId="77777777">
        <w:trPr>
          <w:jc w:val="center"/>
        </w:trPr>
        <w:tc>
          <w:tcPr>
            <w:tcW w:w="1656" w:type="dxa"/>
            <w:shd w:val="clear" w:color="auto" w:fill="FFFFFF"/>
            <w:tcMar>
              <w:top w:w="55" w:type="dxa"/>
              <w:left w:w="70" w:type="dxa"/>
              <w:bottom w:w="55" w:type="dxa"/>
              <w:right w:w="70" w:type="dxa"/>
            </w:tcMar>
            <w:vAlign w:val="center"/>
          </w:tcPr>
          <w:p w14:paraId="5FE1C1DC" w14:textId="77777777" w:rsidR="009A43C3" w:rsidRDefault="00A60DCE">
            <w:r>
              <w:rPr>
                <w:sz w:val="16"/>
              </w:rPr>
              <w:br/>
            </w:r>
          </w:p>
        </w:tc>
        <w:tc>
          <w:tcPr>
            <w:tcW w:w="4032" w:type="dxa"/>
            <w:shd w:val="clear" w:color="auto" w:fill="FFFFFF"/>
            <w:tcMar>
              <w:top w:w="55" w:type="dxa"/>
              <w:left w:w="70" w:type="dxa"/>
              <w:bottom w:w="55" w:type="dxa"/>
              <w:right w:w="70" w:type="dxa"/>
            </w:tcMar>
            <w:vAlign w:val="center"/>
          </w:tcPr>
          <w:p w14:paraId="72D6FCB2" w14:textId="77777777" w:rsidR="009A43C3" w:rsidRDefault="00A60DCE">
            <w:r>
              <w:rPr>
                <w:sz w:val="16"/>
              </w:rPr>
              <w:br/>
            </w:r>
          </w:p>
        </w:tc>
        <w:tc>
          <w:tcPr>
            <w:tcW w:w="3024" w:type="dxa"/>
            <w:shd w:val="clear" w:color="auto" w:fill="FFFFFF"/>
            <w:tcMar>
              <w:top w:w="55" w:type="dxa"/>
              <w:left w:w="70" w:type="dxa"/>
              <w:bottom w:w="55" w:type="dxa"/>
              <w:right w:w="70" w:type="dxa"/>
            </w:tcMar>
            <w:vAlign w:val="center"/>
          </w:tcPr>
          <w:p w14:paraId="3CA92875" w14:textId="77777777" w:rsidR="009A43C3" w:rsidRDefault="00A60DCE">
            <w:r>
              <w:rPr>
                <w:sz w:val="16"/>
              </w:rPr>
              <w:br/>
            </w:r>
          </w:p>
        </w:tc>
        <w:tc>
          <w:tcPr>
            <w:tcW w:w="1944" w:type="dxa"/>
            <w:shd w:val="clear" w:color="auto" w:fill="FFFFFF"/>
            <w:tcMar>
              <w:top w:w="55" w:type="dxa"/>
              <w:left w:w="70" w:type="dxa"/>
              <w:bottom w:w="55" w:type="dxa"/>
              <w:right w:w="70" w:type="dxa"/>
            </w:tcMar>
            <w:vAlign w:val="center"/>
          </w:tcPr>
          <w:p w14:paraId="4081EAA5" w14:textId="77777777" w:rsidR="009A43C3" w:rsidRDefault="00A60DCE">
            <w:r>
              <w:rPr>
                <w:sz w:val="16"/>
              </w:rPr>
              <w:br/>
            </w:r>
          </w:p>
        </w:tc>
      </w:tr>
    </w:tbl>
    <w:p w14:paraId="2E9A2B88" w14:textId="77777777" w:rsidR="009A43C3" w:rsidRDefault="009A43C3">
      <w:pPr>
        <w:spacing w:after="0"/>
      </w:pPr>
    </w:p>
    <w:p w14:paraId="6B84D021" w14:textId="77777777" w:rsidR="009A43C3" w:rsidRDefault="00A60DCE">
      <w:r>
        <w:rPr>
          <w:i/>
          <w:color w:val="767676"/>
          <w:sz w:val="15"/>
        </w:rPr>
        <w:t>Examples include checking and savings accounts, certificates of deposit, investments, retirement accounts, life insurance cash value, annuities, trusts, real estate, land, vehicles, farm equipment, livestock, stored crops, burial plots, life estates, and other property.</w:t>
      </w:r>
    </w:p>
    <w:p w14:paraId="61316604" w14:textId="77777777" w:rsidR="009A43C3" w:rsidRDefault="00A60DCE">
      <w:pPr>
        <w:spacing w:after="80"/>
      </w:pPr>
      <w:r>
        <w:t>☐ No assets to report   ☐ Additional page attached</w:t>
      </w:r>
    </w:p>
    <w:tbl>
      <w:tblPr>
        <w:tblW w:w="0" w:type="auto"/>
        <w:jc w:val="center"/>
        <w:tblLook w:val="04A0" w:firstRow="1" w:lastRow="0" w:firstColumn="1" w:lastColumn="0" w:noHBand="0" w:noVBand="1"/>
      </w:tblPr>
      <w:tblGrid>
        <w:gridCol w:w="10656"/>
      </w:tblGrid>
      <w:tr w:rsidR="009A43C3" w14:paraId="52F84B54" w14:textId="77777777">
        <w:trPr>
          <w:jc w:val="center"/>
        </w:trPr>
        <w:tc>
          <w:tcPr>
            <w:tcW w:w="10656" w:type="dxa"/>
            <w:shd w:val="clear" w:color="auto" w:fill="355246"/>
            <w:tcMar>
              <w:top w:w="55" w:type="dxa"/>
              <w:left w:w="70" w:type="dxa"/>
              <w:bottom w:w="55" w:type="dxa"/>
              <w:right w:w="70" w:type="dxa"/>
            </w:tcMar>
            <w:vAlign w:val="center"/>
          </w:tcPr>
          <w:p w14:paraId="3F23942D" w14:textId="77777777" w:rsidR="009A43C3" w:rsidRDefault="00A60DCE">
            <w:pPr>
              <w:keepNext/>
            </w:pPr>
            <w:r>
              <w:rPr>
                <w:b/>
                <w:color w:val="FFFFFF"/>
                <w:sz w:val="20"/>
              </w:rPr>
              <w:t>TRUSTS</w:t>
            </w:r>
          </w:p>
        </w:tc>
      </w:tr>
    </w:tbl>
    <w:p w14:paraId="1A6EAC36" w14:textId="77777777" w:rsidR="009A43C3" w:rsidRDefault="00A60DCE">
      <w:pPr>
        <w:spacing w:after="80"/>
      </w:pPr>
      <w:r>
        <w:t>☐ Applicant or spouse created a trust within the past five years or gave away large sums of money or land   ☐ No trust, large monetary gift, or land transfer within the past five years</w:t>
      </w:r>
    </w:p>
    <w:tbl>
      <w:tblPr>
        <w:tblW w:w="0" w:type="auto"/>
        <w:jc w:val="center"/>
        <w:tblLayout w:type="fixed"/>
        <w:tblLook w:val="04A0" w:firstRow="1" w:lastRow="0" w:firstColumn="1" w:lastColumn="0" w:noHBand="0" w:noVBand="1"/>
      </w:tblPr>
      <w:tblGrid>
        <w:gridCol w:w="10656"/>
      </w:tblGrid>
      <w:tr w:rsidR="009A43C3" w14:paraId="47BBBF7E" w14:textId="77777777">
        <w:trPr>
          <w:jc w:val="center"/>
        </w:trPr>
        <w:tc>
          <w:tcPr>
            <w:tcW w:w="10656" w:type="dxa"/>
            <w:shd w:val="clear" w:color="auto" w:fill="F5F7F5"/>
            <w:tcMar>
              <w:top w:w="55" w:type="dxa"/>
              <w:left w:w="70" w:type="dxa"/>
              <w:bottom w:w="50" w:type="dxa"/>
              <w:right w:w="70" w:type="dxa"/>
            </w:tcMar>
          </w:tcPr>
          <w:p w14:paraId="22D14D2A" w14:textId="77777777" w:rsidR="009A43C3" w:rsidRDefault="00A60DCE">
            <w:pPr>
              <w:pStyle w:val="FormLabel"/>
            </w:pPr>
            <w:r>
              <w:t>If yes, describe the trust, money, or land; include the date, recipient or trustee, relationship, and value</w:t>
            </w:r>
          </w:p>
          <w:p w14:paraId="528A0AEA" w14:textId="77777777" w:rsidR="009A43C3" w:rsidRDefault="00A60DCE">
            <w:pPr>
              <w:spacing w:after="0"/>
            </w:pPr>
            <w:r>
              <w:rPr>
                <w:color w:val="A9A9A9"/>
                <w:sz w:val="14"/>
              </w:rPr>
              <w:t>________________________________________________________________</w:t>
            </w:r>
          </w:p>
          <w:p w14:paraId="14D197DD" w14:textId="77777777" w:rsidR="009A43C3" w:rsidRDefault="00A60DCE">
            <w:pPr>
              <w:spacing w:after="0"/>
            </w:pPr>
            <w:r>
              <w:rPr>
                <w:color w:val="A9A9A9"/>
                <w:sz w:val="14"/>
              </w:rPr>
              <w:t>________________________________________________________________</w:t>
            </w:r>
          </w:p>
        </w:tc>
      </w:tr>
    </w:tbl>
    <w:p w14:paraId="5A360D2D" w14:textId="77777777" w:rsidR="003D1B4E" w:rsidRDefault="003D1B4E" w:rsidP="003D1B4E">
      <w:pPr>
        <w:spacing w:after="0"/>
      </w:pPr>
    </w:p>
    <w:tbl>
      <w:tblPr>
        <w:tblW w:w="0" w:type="auto"/>
        <w:jc w:val="center"/>
        <w:tblLook w:val="04A0" w:firstRow="1" w:lastRow="0" w:firstColumn="1" w:lastColumn="0" w:noHBand="0" w:noVBand="1"/>
      </w:tblPr>
      <w:tblGrid>
        <w:gridCol w:w="10656"/>
      </w:tblGrid>
      <w:tr w:rsidR="003D1B4E" w14:paraId="4AED9789" w14:textId="77777777" w:rsidTr="004D5C6E">
        <w:trPr>
          <w:jc w:val="center"/>
        </w:trPr>
        <w:tc>
          <w:tcPr>
            <w:tcW w:w="10656" w:type="dxa"/>
            <w:shd w:val="clear" w:color="auto" w:fill="355246"/>
            <w:tcMar>
              <w:top w:w="55" w:type="dxa"/>
              <w:left w:w="70" w:type="dxa"/>
              <w:bottom w:w="55" w:type="dxa"/>
              <w:right w:w="70" w:type="dxa"/>
            </w:tcMar>
            <w:vAlign w:val="center"/>
          </w:tcPr>
          <w:p w14:paraId="66A45F6C" w14:textId="77777777" w:rsidR="003D1B4E" w:rsidRDefault="003D1B4E" w:rsidP="004D5C6E">
            <w:pPr>
              <w:keepNext/>
            </w:pPr>
            <w:r>
              <w:rPr>
                <w:b/>
                <w:color w:val="FFFFFF"/>
                <w:sz w:val="20"/>
              </w:rPr>
              <w:t>TRANSFERS WITHIN THE PAST FIVE YEARS</w:t>
            </w:r>
          </w:p>
        </w:tc>
      </w:tr>
    </w:tbl>
    <w:p w14:paraId="17DB52CA" w14:textId="77777777" w:rsidR="003D1B4E" w:rsidRDefault="003D1B4E" w:rsidP="003D1B4E">
      <w:r>
        <w:t>List transfers or gifts of cash or assets, transfers of a remainder interest in real property, and property sold for less than fair market value by the applicant or spouse. This section must be completed. Write None if there were no transfers.</w:t>
      </w:r>
    </w:p>
    <w:p w14:paraId="65AF9B20" w14:textId="77777777" w:rsidR="00950978" w:rsidRDefault="00950978" w:rsidP="003D1B4E"/>
    <w:tbl>
      <w:tblPr>
        <w:tblStyle w:val="TableGrid"/>
        <w:tblW w:w="0" w:type="auto"/>
        <w:jc w:val="center"/>
        <w:tblLayout w:type="fixed"/>
        <w:tblLook w:val="04A0" w:firstRow="1" w:lastRow="0" w:firstColumn="1" w:lastColumn="0" w:noHBand="0" w:noVBand="1"/>
      </w:tblPr>
      <w:tblGrid>
        <w:gridCol w:w="2664"/>
        <w:gridCol w:w="4032"/>
        <w:gridCol w:w="3096"/>
        <w:gridCol w:w="2664"/>
      </w:tblGrid>
      <w:tr w:rsidR="003D1B4E" w14:paraId="781AFDBB" w14:textId="77777777" w:rsidTr="004D5C6E">
        <w:trPr>
          <w:tblHeader/>
          <w:jc w:val="center"/>
        </w:trPr>
        <w:tc>
          <w:tcPr>
            <w:tcW w:w="2664" w:type="dxa"/>
            <w:shd w:val="clear" w:color="auto" w:fill="355246"/>
            <w:tcMar>
              <w:top w:w="55" w:type="dxa"/>
              <w:left w:w="70" w:type="dxa"/>
              <w:bottom w:w="55" w:type="dxa"/>
              <w:right w:w="70" w:type="dxa"/>
            </w:tcMar>
            <w:vAlign w:val="center"/>
          </w:tcPr>
          <w:p w14:paraId="5403D810" w14:textId="77777777" w:rsidR="003D1B4E" w:rsidRDefault="003D1B4E" w:rsidP="004D5C6E">
            <w:pPr>
              <w:jc w:val="center"/>
            </w:pPr>
            <w:r>
              <w:rPr>
                <w:b/>
                <w:color w:val="FFFFFF"/>
                <w:sz w:val="15"/>
              </w:rPr>
              <w:lastRenderedPageBreak/>
              <w:t>Date</w:t>
            </w:r>
          </w:p>
        </w:tc>
        <w:tc>
          <w:tcPr>
            <w:tcW w:w="2664" w:type="dxa"/>
            <w:shd w:val="clear" w:color="auto" w:fill="355246"/>
            <w:tcMar>
              <w:top w:w="55" w:type="dxa"/>
              <w:left w:w="70" w:type="dxa"/>
              <w:bottom w:w="55" w:type="dxa"/>
              <w:right w:w="70" w:type="dxa"/>
            </w:tcMar>
            <w:vAlign w:val="center"/>
          </w:tcPr>
          <w:p w14:paraId="3284BEFF" w14:textId="77777777" w:rsidR="003D1B4E" w:rsidRDefault="003D1B4E" w:rsidP="004D5C6E">
            <w:pPr>
              <w:jc w:val="center"/>
            </w:pPr>
            <w:r>
              <w:rPr>
                <w:b/>
                <w:color w:val="FFFFFF"/>
                <w:sz w:val="15"/>
              </w:rPr>
              <w:t>Asset or cash transferred</w:t>
            </w:r>
          </w:p>
        </w:tc>
        <w:tc>
          <w:tcPr>
            <w:tcW w:w="2664" w:type="dxa"/>
            <w:shd w:val="clear" w:color="auto" w:fill="355246"/>
            <w:tcMar>
              <w:top w:w="55" w:type="dxa"/>
              <w:left w:w="70" w:type="dxa"/>
              <w:bottom w:w="55" w:type="dxa"/>
              <w:right w:w="70" w:type="dxa"/>
            </w:tcMar>
            <w:vAlign w:val="center"/>
          </w:tcPr>
          <w:p w14:paraId="29A006AB" w14:textId="77777777" w:rsidR="003D1B4E" w:rsidRDefault="003D1B4E" w:rsidP="004D5C6E">
            <w:pPr>
              <w:jc w:val="center"/>
            </w:pPr>
            <w:r>
              <w:rPr>
                <w:b/>
                <w:color w:val="FFFFFF"/>
                <w:sz w:val="15"/>
              </w:rPr>
              <w:t>Recipient and relationship</w:t>
            </w:r>
          </w:p>
        </w:tc>
        <w:tc>
          <w:tcPr>
            <w:tcW w:w="2664" w:type="dxa"/>
            <w:shd w:val="clear" w:color="auto" w:fill="355246"/>
            <w:tcMar>
              <w:top w:w="55" w:type="dxa"/>
              <w:left w:w="70" w:type="dxa"/>
              <w:bottom w:w="55" w:type="dxa"/>
              <w:right w:w="70" w:type="dxa"/>
            </w:tcMar>
            <w:vAlign w:val="center"/>
          </w:tcPr>
          <w:p w14:paraId="7B2C9347" w14:textId="77777777" w:rsidR="003D1B4E" w:rsidRDefault="003D1B4E" w:rsidP="004D5C6E">
            <w:pPr>
              <w:jc w:val="center"/>
            </w:pPr>
            <w:r>
              <w:rPr>
                <w:b/>
                <w:color w:val="FFFFFF"/>
                <w:sz w:val="15"/>
              </w:rPr>
              <w:t>Value</w:t>
            </w:r>
          </w:p>
        </w:tc>
      </w:tr>
      <w:tr w:rsidR="003D1B4E" w14:paraId="24A42395" w14:textId="77777777" w:rsidTr="004D5C6E">
        <w:trPr>
          <w:jc w:val="center"/>
        </w:trPr>
        <w:tc>
          <w:tcPr>
            <w:tcW w:w="1656" w:type="dxa"/>
            <w:shd w:val="clear" w:color="auto" w:fill="FFFFFF"/>
            <w:tcMar>
              <w:top w:w="55" w:type="dxa"/>
              <w:left w:w="70" w:type="dxa"/>
              <w:bottom w:w="55" w:type="dxa"/>
              <w:right w:w="70" w:type="dxa"/>
            </w:tcMar>
            <w:vAlign w:val="center"/>
          </w:tcPr>
          <w:p w14:paraId="3E84E159" w14:textId="77777777" w:rsidR="003D1B4E" w:rsidRDefault="003D1B4E" w:rsidP="004D5C6E">
            <w:r>
              <w:rPr>
                <w:sz w:val="16"/>
              </w:rPr>
              <w:br/>
            </w:r>
          </w:p>
        </w:tc>
        <w:tc>
          <w:tcPr>
            <w:tcW w:w="4032" w:type="dxa"/>
            <w:shd w:val="clear" w:color="auto" w:fill="FFFFFF"/>
            <w:tcMar>
              <w:top w:w="55" w:type="dxa"/>
              <w:left w:w="70" w:type="dxa"/>
              <w:bottom w:w="55" w:type="dxa"/>
              <w:right w:w="70" w:type="dxa"/>
            </w:tcMar>
            <w:vAlign w:val="center"/>
          </w:tcPr>
          <w:p w14:paraId="0AC5FB43" w14:textId="77777777" w:rsidR="003D1B4E" w:rsidRDefault="003D1B4E" w:rsidP="004D5C6E">
            <w:r>
              <w:rPr>
                <w:sz w:val="16"/>
              </w:rPr>
              <w:br/>
            </w:r>
          </w:p>
        </w:tc>
        <w:tc>
          <w:tcPr>
            <w:tcW w:w="3096" w:type="dxa"/>
            <w:shd w:val="clear" w:color="auto" w:fill="FFFFFF"/>
            <w:tcMar>
              <w:top w:w="55" w:type="dxa"/>
              <w:left w:w="70" w:type="dxa"/>
              <w:bottom w:w="55" w:type="dxa"/>
              <w:right w:w="70" w:type="dxa"/>
            </w:tcMar>
            <w:vAlign w:val="center"/>
          </w:tcPr>
          <w:p w14:paraId="6844EA57" w14:textId="77777777" w:rsidR="003D1B4E" w:rsidRDefault="003D1B4E" w:rsidP="004D5C6E">
            <w:r>
              <w:rPr>
                <w:sz w:val="16"/>
              </w:rPr>
              <w:br/>
            </w:r>
          </w:p>
        </w:tc>
        <w:tc>
          <w:tcPr>
            <w:tcW w:w="1872" w:type="dxa"/>
            <w:shd w:val="clear" w:color="auto" w:fill="FFFFFF"/>
            <w:tcMar>
              <w:top w:w="55" w:type="dxa"/>
              <w:left w:w="70" w:type="dxa"/>
              <w:bottom w:w="55" w:type="dxa"/>
              <w:right w:w="70" w:type="dxa"/>
            </w:tcMar>
            <w:vAlign w:val="center"/>
          </w:tcPr>
          <w:p w14:paraId="36DF03DE" w14:textId="77777777" w:rsidR="003D1B4E" w:rsidRDefault="003D1B4E" w:rsidP="004D5C6E">
            <w:r>
              <w:rPr>
                <w:sz w:val="16"/>
              </w:rPr>
              <w:br/>
            </w:r>
          </w:p>
        </w:tc>
      </w:tr>
      <w:tr w:rsidR="003D1B4E" w14:paraId="6126CF16" w14:textId="77777777" w:rsidTr="004D5C6E">
        <w:trPr>
          <w:jc w:val="center"/>
        </w:trPr>
        <w:tc>
          <w:tcPr>
            <w:tcW w:w="1656" w:type="dxa"/>
            <w:shd w:val="clear" w:color="auto" w:fill="FFFFFF"/>
            <w:tcMar>
              <w:top w:w="55" w:type="dxa"/>
              <w:left w:w="70" w:type="dxa"/>
              <w:bottom w:w="55" w:type="dxa"/>
              <w:right w:w="70" w:type="dxa"/>
            </w:tcMar>
            <w:vAlign w:val="center"/>
          </w:tcPr>
          <w:p w14:paraId="47F5CCFE" w14:textId="77777777" w:rsidR="003D1B4E" w:rsidRDefault="003D1B4E" w:rsidP="004D5C6E">
            <w:r>
              <w:rPr>
                <w:sz w:val="16"/>
              </w:rPr>
              <w:br/>
            </w:r>
          </w:p>
        </w:tc>
        <w:tc>
          <w:tcPr>
            <w:tcW w:w="4032" w:type="dxa"/>
            <w:shd w:val="clear" w:color="auto" w:fill="FFFFFF"/>
            <w:tcMar>
              <w:top w:w="55" w:type="dxa"/>
              <w:left w:w="70" w:type="dxa"/>
              <w:bottom w:w="55" w:type="dxa"/>
              <w:right w:w="70" w:type="dxa"/>
            </w:tcMar>
            <w:vAlign w:val="center"/>
          </w:tcPr>
          <w:p w14:paraId="3BC5F927" w14:textId="77777777" w:rsidR="003D1B4E" w:rsidRDefault="003D1B4E" w:rsidP="004D5C6E">
            <w:r>
              <w:rPr>
                <w:sz w:val="16"/>
              </w:rPr>
              <w:br/>
            </w:r>
          </w:p>
        </w:tc>
        <w:tc>
          <w:tcPr>
            <w:tcW w:w="3096" w:type="dxa"/>
            <w:shd w:val="clear" w:color="auto" w:fill="FFFFFF"/>
            <w:tcMar>
              <w:top w:w="55" w:type="dxa"/>
              <w:left w:w="70" w:type="dxa"/>
              <w:bottom w:w="55" w:type="dxa"/>
              <w:right w:w="70" w:type="dxa"/>
            </w:tcMar>
            <w:vAlign w:val="center"/>
          </w:tcPr>
          <w:p w14:paraId="34F40E95" w14:textId="77777777" w:rsidR="003D1B4E" w:rsidRDefault="003D1B4E" w:rsidP="004D5C6E">
            <w:r>
              <w:rPr>
                <w:sz w:val="16"/>
              </w:rPr>
              <w:br/>
            </w:r>
          </w:p>
        </w:tc>
        <w:tc>
          <w:tcPr>
            <w:tcW w:w="1872" w:type="dxa"/>
            <w:shd w:val="clear" w:color="auto" w:fill="FFFFFF"/>
            <w:tcMar>
              <w:top w:w="55" w:type="dxa"/>
              <w:left w:w="70" w:type="dxa"/>
              <w:bottom w:w="55" w:type="dxa"/>
              <w:right w:w="70" w:type="dxa"/>
            </w:tcMar>
            <w:vAlign w:val="center"/>
          </w:tcPr>
          <w:p w14:paraId="11E03390" w14:textId="77777777" w:rsidR="003D1B4E" w:rsidRDefault="003D1B4E" w:rsidP="004D5C6E">
            <w:r>
              <w:rPr>
                <w:sz w:val="16"/>
              </w:rPr>
              <w:br/>
            </w:r>
          </w:p>
        </w:tc>
      </w:tr>
      <w:tr w:rsidR="003D1B4E" w14:paraId="470AC9A4" w14:textId="77777777" w:rsidTr="004D5C6E">
        <w:trPr>
          <w:jc w:val="center"/>
        </w:trPr>
        <w:tc>
          <w:tcPr>
            <w:tcW w:w="1656" w:type="dxa"/>
            <w:shd w:val="clear" w:color="auto" w:fill="FFFFFF"/>
            <w:tcMar>
              <w:top w:w="55" w:type="dxa"/>
              <w:left w:w="70" w:type="dxa"/>
              <w:bottom w:w="55" w:type="dxa"/>
              <w:right w:w="70" w:type="dxa"/>
            </w:tcMar>
            <w:vAlign w:val="center"/>
          </w:tcPr>
          <w:p w14:paraId="28E36C8A" w14:textId="77777777" w:rsidR="003D1B4E" w:rsidRDefault="003D1B4E" w:rsidP="004D5C6E">
            <w:r>
              <w:rPr>
                <w:sz w:val="16"/>
              </w:rPr>
              <w:br/>
            </w:r>
          </w:p>
        </w:tc>
        <w:tc>
          <w:tcPr>
            <w:tcW w:w="4032" w:type="dxa"/>
            <w:shd w:val="clear" w:color="auto" w:fill="FFFFFF"/>
            <w:tcMar>
              <w:top w:w="55" w:type="dxa"/>
              <w:left w:w="70" w:type="dxa"/>
              <w:bottom w:w="55" w:type="dxa"/>
              <w:right w:w="70" w:type="dxa"/>
            </w:tcMar>
            <w:vAlign w:val="center"/>
          </w:tcPr>
          <w:p w14:paraId="37C7B30A" w14:textId="77777777" w:rsidR="003D1B4E" w:rsidRDefault="003D1B4E" w:rsidP="004D5C6E">
            <w:r>
              <w:rPr>
                <w:sz w:val="16"/>
              </w:rPr>
              <w:br/>
            </w:r>
          </w:p>
        </w:tc>
        <w:tc>
          <w:tcPr>
            <w:tcW w:w="3096" w:type="dxa"/>
            <w:shd w:val="clear" w:color="auto" w:fill="FFFFFF"/>
            <w:tcMar>
              <w:top w:w="55" w:type="dxa"/>
              <w:left w:w="70" w:type="dxa"/>
              <w:bottom w:w="55" w:type="dxa"/>
              <w:right w:w="70" w:type="dxa"/>
            </w:tcMar>
            <w:vAlign w:val="center"/>
          </w:tcPr>
          <w:p w14:paraId="032C565C" w14:textId="77777777" w:rsidR="003D1B4E" w:rsidRDefault="003D1B4E" w:rsidP="004D5C6E">
            <w:r>
              <w:rPr>
                <w:sz w:val="16"/>
              </w:rPr>
              <w:br/>
            </w:r>
          </w:p>
        </w:tc>
        <w:tc>
          <w:tcPr>
            <w:tcW w:w="1872" w:type="dxa"/>
            <w:shd w:val="clear" w:color="auto" w:fill="FFFFFF"/>
            <w:tcMar>
              <w:top w:w="55" w:type="dxa"/>
              <w:left w:w="70" w:type="dxa"/>
              <w:bottom w:w="55" w:type="dxa"/>
              <w:right w:w="70" w:type="dxa"/>
            </w:tcMar>
            <w:vAlign w:val="center"/>
          </w:tcPr>
          <w:p w14:paraId="56F9C516" w14:textId="77777777" w:rsidR="003D1B4E" w:rsidRDefault="003D1B4E" w:rsidP="004D5C6E">
            <w:r>
              <w:rPr>
                <w:sz w:val="16"/>
              </w:rPr>
              <w:br/>
            </w:r>
          </w:p>
        </w:tc>
      </w:tr>
      <w:tr w:rsidR="003D1B4E" w14:paraId="497783FE" w14:textId="77777777" w:rsidTr="004D5C6E">
        <w:trPr>
          <w:jc w:val="center"/>
        </w:trPr>
        <w:tc>
          <w:tcPr>
            <w:tcW w:w="1656" w:type="dxa"/>
            <w:shd w:val="clear" w:color="auto" w:fill="FFFFFF"/>
            <w:tcMar>
              <w:top w:w="55" w:type="dxa"/>
              <w:left w:w="70" w:type="dxa"/>
              <w:bottom w:w="55" w:type="dxa"/>
              <w:right w:w="70" w:type="dxa"/>
            </w:tcMar>
            <w:vAlign w:val="center"/>
          </w:tcPr>
          <w:p w14:paraId="03E67199" w14:textId="77777777" w:rsidR="003D1B4E" w:rsidRDefault="003D1B4E" w:rsidP="004D5C6E">
            <w:r>
              <w:rPr>
                <w:sz w:val="16"/>
              </w:rPr>
              <w:br/>
            </w:r>
          </w:p>
        </w:tc>
        <w:tc>
          <w:tcPr>
            <w:tcW w:w="4032" w:type="dxa"/>
            <w:shd w:val="clear" w:color="auto" w:fill="FFFFFF"/>
            <w:tcMar>
              <w:top w:w="55" w:type="dxa"/>
              <w:left w:w="70" w:type="dxa"/>
              <w:bottom w:w="55" w:type="dxa"/>
              <w:right w:w="70" w:type="dxa"/>
            </w:tcMar>
            <w:vAlign w:val="center"/>
          </w:tcPr>
          <w:p w14:paraId="3AA0A5F7" w14:textId="77777777" w:rsidR="003D1B4E" w:rsidRDefault="003D1B4E" w:rsidP="004D5C6E">
            <w:r>
              <w:rPr>
                <w:sz w:val="16"/>
              </w:rPr>
              <w:br/>
            </w:r>
          </w:p>
        </w:tc>
        <w:tc>
          <w:tcPr>
            <w:tcW w:w="3096" w:type="dxa"/>
            <w:shd w:val="clear" w:color="auto" w:fill="FFFFFF"/>
            <w:tcMar>
              <w:top w:w="55" w:type="dxa"/>
              <w:left w:w="70" w:type="dxa"/>
              <w:bottom w:w="55" w:type="dxa"/>
              <w:right w:w="70" w:type="dxa"/>
            </w:tcMar>
            <w:vAlign w:val="center"/>
          </w:tcPr>
          <w:p w14:paraId="400BD517" w14:textId="77777777" w:rsidR="003D1B4E" w:rsidRDefault="003D1B4E" w:rsidP="004D5C6E">
            <w:r>
              <w:rPr>
                <w:sz w:val="16"/>
              </w:rPr>
              <w:br/>
            </w:r>
          </w:p>
        </w:tc>
        <w:tc>
          <w:tcPr>
            <w:tcW w:w="1872" w:type="dxa"/>
            <w:shd w:val="clear" w:color="auto" w:fill="FFFFFF"/>
            <w:tcMar>
              <w:top w:w="55" w:type="dxa"/>
              <w:left w:w="70" w:type="dxa"/>
              <w:bottom w:w="55" w:type="dxa"/>
              <w:right w:w="70" w:type="dxa"/>
            </w:tcMar>
            <w:vAlign w:val="center"/>
          </w:tcPr>
          <w:p w14:paraId="20FA9D76" w14:textId="77777777" w:rsidR="003D1B4E" w:rsidRDefault="003D1B4E" w:rsidP="004D5C6E">
            <w:r>
              <w:rPr>
                <w:sz w:val="16"/>
              </w:rPr>
              <w:br/>
            </w:r>
          </w:p>
        </w:tc>
      </w:tr>
      <w:tr w:rsidR="003D1B4E" w14:paraId="6CFAF1B1" w14:textId="77777777" w:rsidTr="004D5C6E">
        <w:trPr>
          <w:jc w:val="center"/>
        </w:trPr>
        <w:tc>
          <w:tcPr>
            <w:tcW w:w="1656" w:type="dxa"/>
            <w:shd w:val="clear" w:color="auto" w:fill="FFFFFF"/>
            <w:tcMar>
              <w:top w:w="55" w:type="dxa"/>
              <w:left w:w="70" w:type="dxa"/>
              <w:bottom w:w="55" w:type="dxa"/>
              <w:right w:w="70" w:type="dxa"/>
            </w:tcMar>
            <w:vAlign w:val="center"/>
          </w:tcPr>
          <w:p w14:paraId="090F9619" w14:textId="77777777" w:rsidR="003D1B4E" w:rsidRDefault="003D1B4E" w:rsidP="004D5C6E">
            <w:r>
              <w:rPr>
                <w:sz w:val="16"/>
              </w:rPr>
              <w:br/>
            </w:r>
          </w:p>
        </w:tc>
        <w:tc>
          <w:tcPr>
            <w:tcW w:w="4032" w:type="dxa"/>
            <w:shd w:val="clear" w:color="auto" w:fill="FFFFFF"/>
            <w:tcMar>
              <w:top w:w="55" w:type="dxa"/>
              <w:left w:w="70" w:type="dxa"/>
              <w:bottom w:w="55" w:type="dxa"/>
              <w:right w:w="70" w:type="dxa"/>
            </w:tcMar>
            <w:vAlign w:val="center"/>
          </w:tcPr>
          <w:p w14:paraId="35FDE2FF" w14:textId="77777777" w:rsidR="003D1B4E" w:rsidRDefault="003D1B4E" w:rsidP="004D5C6E">
            <w:r>
              <w:rPr>
                <w:sz w:val="16"/>
              </w:rPr>
              <w:br/>
            </w:r>
          </w:p>
        </w:tc>
        <w:tc>
          <w:tcPr>
            <w:tcW w:w="3096" w:type="dxa"/>
            <w:shd w:val="clear" w:color="auto" w:fill="FFFFFF"/>
            <w:tcMar>
              <w:top w:w="55" w:type="dxa"/>
              <w:left w:w="70" w:type="dxa"/>
              <w:bottom w:w="55" w:type="dxa"/>
              <w:right w:w="70" w:type="dxa"/>
            </w:tcMar>
            <w:vAlign w:val="center"/>
          </w:tcPr>
          <w:p w14:paraId="67FA2707" w14:textId="77777777" w:rsidR="003D1B4E" w:rsidRDefault="003D1B4E" w:rsidP="004D5C6E">
            <w:r>
              <w:rPr>
                <w:sz w:val="16"/>
              </w:rPr>
              <w:br/>
            </w:r>
          </w:p>
        </w:tc>
        <w:tc>
          <w:tcPr>
            <w:tcW w:w="1872" w:type="dxa"/>
            <w:shd w:val="clear" w:color="auto" w:fill="FFFFFF"/>
            <w:tcMar>
              <w:top w:w="55" w:type="dxa"/>
              <w:left w:w="70" w:type="dxa"/>
              <w:bottom w:w="55" w:type="dxa"/>
              <w:right w:w="70" w:type="dxa"/>
            </w:tcMar>
            <w:vAlign w:val="center"/>
          </w:tcPr>
          <w:p w14:paraId="02B821F2" w14:textId="77777777" w:rsidR="003D1B4E" w:rsidRDefault="003D1B4E" w:rsidP="004D5C6E">
            <w:r>
              <w:rPr>
                <w:sz w:val="16"/>
              </w:rPr>
              <w:br/>
            </w:r>
          </w:p>
        </w:tc>
      </w:tr>
      <w:tr w:rsidR="003D1B4E" w14:paraId="44DA052A" w14:textId="77777777" w:rsidTr="004D5C6E">
        <w:trPr>
          <w:jc w:val="center"/>
        </w:trPr>
        <w:tc>
          <w:tcPr>
            <w:tcW w:w="1656" w:type="dxa"/>
            <w:shd w:val="clear" w:color="auto" w:fill="FFFFFF"/>
            <w:tcMar>
              <w:top w:w="55" w:type="dxa"/>
              <w:left w:w="70" w:type="dxa"/>
              <w:bottom w:w="55" w:type="dxa"/>
              <w:right w:w="70" w:type="dxa"/>
            </w:tcMar>
            <w:vAlign w:val="center"/>
          </w:tcPr>
          <w:p w14:paraId="7216F6A8" w14:textId="77777777" w:rsidR="003D1B4E" w:rsidRDefault="003D1B4E" w:rsidP="004D5C6E">
            <w:r>
              <w:rPr>
                <w:sz w:val="16"/>
              </w:rPr>
              <w:br/>
            </w:r>
          </w:p>
        </w:tc>
        <w:tc>
          <w:tcPr>
            <w:tcW w:w="4032" w:type="dxa"/>
            <w:shd w:val="clear" w:color="auto" w:fill="FFFFFF"/>
            <w:tcMar>
              <w:top w:w="55" w:type="dxa"/>
              <w:left w:w="70" w:type="dxa"/>
              <w:bottom w:w="55" w:type="dxa"/>
              <w:right w:w="70" w:type="dxa"/>
            </w:tcMar>
            <w:vAlign w:val="center"/>
          </w:tcPr>
          <w:p w14:paraId="76017667" w14:textId="77777777" w:rsidR="003D1B4E" w:rsidRDefault="003D1B4E" w:rsidP="004D5C6E">
            <w:r>
              <w:rPr>
                <w:sz w:val="16"/>
              </w:rPr>
              <w:br/>
            </w:r>
          </w:p>
        </w:tc>
        <w:tc>
          <w:tcPr>
            <w:tcW w:w="3096" w:type="dxa"/>
            <w:shd w:val="clear" w:color="auto" w:fill="FFFFFF"/>
            <w:tcMar>
              <w:top w:w="55" w:type="dxa"/>
              <w:left w:w="70" w:type="dxa"/>
              <w:bottom w:w="55" w:type="dxa"/>
              <w:right w:w="70" w:type="dxa"/>
            </w:tcMar>
            <w:vAlign w:val="center"/>
          </w:tcPr>
          <w:p w14:paraId="3128327F" w14:textId="77777777" w:rsidR="003D1B4E" w:rsidRDefault="003D1B4E" w:rsidP="004D5C6E">
            <w:r>
              <w:rPr>
                <w:sz w:val="16"/>
              </w:rPr>
              <w:br/>
            </w:r>
          </w:p>
        </w:tc>
        <w:tc>
          <w:tcPr>
            <w:tcW w:w="1872" w:type="dxa"/>
            <w:shd w:val="clear" w:color="auto" w:fill="FFFFFF"/>
            <w:tcMar>
              <w:top w:w="55" w:type="dxa"/>
              <w:left w:w="70" w:type="dxa"/>
              <w:bottom w:w="55" w:type="dxa"/>
              <w:right w:w="70" w:type="dxa"/>
            </w:tcMar>
            <w:vAlign w:val="center"/>
          </w:tcPr>
          <w:p w14:paraId="6E260D52" w14:textId="77777777" w:rsidR="003D1B4E" w:rsidRDefault="003D1B4E" w:rsidP="004D5C6E">
            <w:r>
              <w:rPr>
                <w:sz w:val="16"/>
              </w:rPr>
              <w:br/>
            </w:r>
          </w:p>
        </w:tc>
      </w:tr>
      <w:tr w:rsidR="003D1B4E" w14:paraId="4C29AA39" w14:textId="77777777" w:rsidTr="004D5C6E">
        <w:trPr>
          <w:jc w:val="center"/>
        </w:trPr>
        <w:tc>
          <w:tcPr>
            <w:tcW w:w="1656" w:type="dxa"/>
            <w:shd w:val="clear" w:color="auto" w:fill="FFFFFF"/>
            <w:tcMar>
              <w:top w:w="55" w:type="dxa"/>
              <w:left w:w="70" w:type="dxa"/>
              <w:bottom w:w="55" w:type="dxa"/>
              <w:right w:w="70" w:type="dxa"/>
            </w:tcMar>
            <w:vAlign w:val="center"/>
          </w:tcPr>
          <w:p w14:paraId="7B04F831" w14:textId="77777777" w:rsidR="003D1B4E" w:rsidRDefault="003D1B4E" w:rsidP="004D5C6E">
            <w:r>
              <w:rPr>
                <w:sz w:val="16"/>
              </w:rPr>
              <w:br/>
            </w:r>
          </w:p>
        </w:tc>
        <w:tc>
          <w:tcPr>
            <w:tcW w:w="4032" w:type="dxa"/>
            <w:shd w:val="clear" w:color="auto" w:fill="FFFFFF"/>
            <w:tcMar>
              <w:top w:w="55" w:type="dxa"/>
              <w:left w:w="70" w:type="dxa"/>
              <w:bottom w:w="55" w:type="dxa"/>
              <w:right w:w="70" w:type="dxa"/>
            </w:tcMar>
            <w:vAlign w:val="center"/>
          </w:tcPr>
          <w:p w14:paraId="08B26B23" w14:textId="77777777" w:rsidR="003D1B4E" w:rsidRDefault="003D1B4E" w:rsidP="004D5C6E">
            <w:r>
              <w:rPr>
                <w:sz w:val="16"/>
              </w:rPr>
              <w:br/>
            </w:r>
          </w:p>
        </w:tc>
        <w:tc>
          <w:tcPr>
            <w:tcW w:w="3096" w:type="dxa"/>
            <w:shd w:val="clear" w:color="auto" w:fill="FFFFFF"/>
            <w:tcMar>
              <w:top w:w="55" w:type="dxa"/>
              <w:left w:w="70" w:type="dxa"/>
              <w:bottom w:w="55" w:type="dxa"/>
              <w:right w:w="70" w:type="dxa"/>
            </w:tcMar>
            <w:vAlign w:val="center"/>
          </w:tcPr>
          <w:p w14:paraId="3FC4D097" w14:textId="77777777" w:rsidR="003D1B4E" w:rsidRDefault="003D1B4E" w:rsidP="004D5C6E">
            <w:r>
              <w:rPr>
                <w:sz w:val="16"/>
              </w:rPr>
              <w:br/>
            </w:r>
          </w:p>
        </w:tc>
        <w:tc>
          <w:tcPr>
            <w:tcW w:w="1872" w:type="dxa"/>
            <w:shd w:val="clear" w:color="auto" w:fill="FFFFFF"/>
            <w:tcMar>
              <w:top w:w="55" w:type="dxa"/>
              <w:left w:w="70" w:type="dxa"/>
              <w:bottom w:w="55" w:type="dxa"/>
              <w:right w:w="70" w:type="dxa"/>
            </w:tcMar>
            <w:vAlign w:val="center"/>
          </w:tcPr>
          <w:p w14:paraId="7C831781" w14:textId="77777777" w:rsidR="003D1B4E" w:rsidRDefault="003D1B4E" w:rsidP="004D5C6E">
            <w:r>
              <w:rPr>
                <w:sz w:val="16"/>
              </w:rPr>
              <w:br/>
            </w:r>
          </w:p>
        </w:tc>
      </w:tr>
    </w:tbl>
    <w:p w14:paraId="75741802" w14:textId="77777777" w:rsidR="003D1B4E" w:rsidRDefault="003D1B4E" w:rsidP="003D1B4E">
      <w:pPr>
        <w:spacing w:after="0"/>
      </w:pPr>
    </w:p>
    <w:p w14:paraId="01C9F3A0" w14:textId="77777777" w:rsidR="003D1B4E" w:rsidRDefault="003D1B4E" w:rsidP="003D1B4E">
      <w:pPr>
        <w:spacing w:after="80"/>
      </w:pPr>
      <w:r>
        <w:t>☐ No transfers to report   ☐ Additional page attached</w:t>
      </w:r>
    </w:p>
    <w:tbl>
      <w:tblPr>
        <w:tblW w:w="0" w:type="auto"/>
        <w:jc w:val="center"/>
        <w:tblLook w:val="04A0" w:firstRow="1" w:lastRow="0" w:firstColumn="1" w:lastColumn="0" w:noHBand="0" w:noVBand="1"/>
      </w:tblPr>
      <w:tblGrid>
        <w:gridCol w:w="10656"/>
      </w:tblGrid>
      <w:tr w:rsidR="003D1B4E" w14:paraId="351E9500" w14:textId="77777777" w:rsidTr="004D5C6E">
        <w:trPr>
          <w:jc w:val="center"/>
        </w:trPr>
        <w:tc>
          <w:tcPr>
            <w:tcW w:w="10656" w:type="dxa"/>
            <w:shd w:val="clear" w:color="auto" w:fill="355246"/>
            <w:tcMar>
              <w:top w:w="55" w:type="dxa"/>
              <w:left w:w="70" w:type="dxa"/>
              <w:bottom w:w="55" w:type="dxa"/>
              <w:right w:w="70" w:type="dxa"/>
            </w:tcMar>
            <w:vAlign w:val="center"/>
          </w:tcPr>
          <w:p w14:paraId="3B93EE02" w14:textId="77777777" w:rsidR="003D1B4E" w:rsidRDefault="003D1B4E" w:rsidP="004D5C6E">
            <w:pPr>
              <w:keepNext/>
            </w:pPr>
            <w:r>
              <w:rPr>
                <w:b/>
                <w:color w:val="FFFFFF"/>
                <w:sz w:val="20"/>
              </w:rPr>
              <w:t xml:space="preserve">FINANCIAL </w:t>
            </w:r>
            <w:proofErr w:type="gramStart"/>
            <w:r>
              <w:rPr>
                <w:b/>
                <w:color w:val="FFFFFF"/>
                <w:sz w:val="20"/>
              </w:rPr>
              <w:t>DISCLOSURE  INCOME</w:t>
            </w:r>
            <w:proofErr w:type="gramEnd"/>
          </w:p>
        </w:tc>
      </w:tr>
    </w:tbl>
    <w:tbl>
      <w:tblPr>
        <w:tblStyle w:val="TableGrid"/>
        <w:tblW w:w="0" w:type="auto"/>
        <w:jc w:val="center"/>
        <w:tblLayout w:type="fixed"/>
        <w:tblLook w:val="04A0" w:firstRow="1" w:lastRow="0" w:firstColumn="1" w:lastColumn="0" w:noHBand="0" w:noVBand="1"/>
      </w:tblPr>
      <w:tblGrid>
        <w:gridCol w:w="2664"/>
        <w:gridCol w:w="4104"/>
        <w:gridCol w:w="2664"/>
        <w:gridCol w:w="2664"/>
      </w:tblGrid>
      <w:tr w:rsidR="003D1B4E" w14:paraId="120BADDE" w14:textId="77777777" w:rsidTr="004D5C6E">
        <w:trPr>
          <w:tblHeader/>
          <w:jc w:val="center"/>
        </w:trPr>
        <w:tc>
          <w:tcPr>
            <w:tcW w:w="2664" w:type="dxa"/>
            <w:shd w:val="clear" w:color="auto" w:fill="355246"/>
            <w:tcMar>
              <w:top w:w="55" w:type="dxa"/>
              <w:left w:w="70" w:type="dxa"/>
              <w:bottom w:w="55" w:type="dxa"/>
              <w:right w:w="70" w:type="dxa"/>
            </w:tcMar>
            <w:vAlign w:val="center"/>
          </w:tcPr>
          <w:p w14:paraId="7146FC69" w14:textId="77777777" w:rsidR="003D1B4E" w:rsidRDefault="003D1B4E" w:rsidP="004D5C6E">
            <w:pPr>
              <w:jc w:val="center"/>
            </w:pPr>
            <w:r>
              <w:rPr>
                <w:b/>
                <w:color w:val="FFFFFF"/>
                <w:sz w:val="15"/>
              </w:rPr>
              <w:t>Recipient</w:t>
            </w:r>
          </w:p>
        </w:tc>
        <w:tc>
          <w:tcPr>
            <w:tcW w:w="2664" w:type="dxa"/>
            <w:shd w:val="clear" w:color="auto" w:fill="355246"/>
            <w:tcMar>
              <w:top w:w="55" w:type="dxa"/>
              <w:left w:w="70" w:type="dxa"/>
              <w:bottom w:w="55" w:type="dxa"/>
              <w:right w:w="70" w:type="dxa"/>
            </w:tcMar>
            <w:vAlign w:val="center"/>
          </w:tcPr>
          <w:p w14:paraId="4B4E3910" w14:textId="77777777" w:rsidR="003D1B4E" w:rsidRDefault="003D1B4E" w:rsidP="004D5C6E">
            <w:pPr>
              <w:jc w:val="center"/>
            </w:pPr>
            <w:r>
              <w:rPr>
                <w:b/>
                <w:color w:val="FFFFFF"/>
                <w:sz w:val="15"/>
              </w:rPr>
              <w:t>Income source</w:t>
            </w:r>
          </w:p>
        </w:tc>
        <w:tc>
          <w:tcPr>
            <w:tcW w:w="2664" w:type="dxa"/>
            <w:shd w:val="clear" w:color="auto" w:fill="355246"/>
            <w:tcMar>
              <w:top w:w="55" w:type="dxa"/>
              <w:left w:w="70" w:type="dxa"/>
              <w:bottom w:w="55" w:type="dxa"/>
              <w:right w:w="70" w:type="dxa"/>
            </w:tcMar>
            <w:vAlign w:val="center"/>
          </w:tcPr>
          <w:p w14:paraId="12EFEA77" w14:textId="77777777" w:rsidR="003D1B4E" w:rsidRDefault="003D1B4E" w:rsidP="004D5C6E">
            <w:pPr>
              <w:jc w:val="center"/>
            </w:pPr>
            <w:r>
              <w:rPr>
                <w:b/>
                <w:color w:val="FFFFFF"/>
                <w:sz w:val="15"/>
              </w:rPr>
              <w:t>Payment frequency</w:t>
            </w:r>
          </w:p>
        </w:tc>
        <w:tc>
          <w:tcPr>
            <w:tcW w:w="2664" w:type="dxa"/>
            <w:shd w:val="clear" w:color="auto" w:fill="355246"/>
            <w:tcMar>
              <w:top w:w="55" w:type="dxa"/>
              <w:left w:w="70" w:type="dxa"/>
              <w:bottom w:w="55" w:type="dxa"/>
              <w:right w:w="70" w:type="dxa"/>
            </w:tcMar>
            <w:vAlign w:val="center"/>
          </w:tcPr>
          <w:p w14:paraId="19028DEE" w14:textId="77777777" w:rsidR="003D1B4E" w:rsidRDefault="003D1B4E" w:rsidP="004D5C6E">
            <w:pPr>
              <w:jc w:val="center"/>
            </w:pPr>
            <w:r>
              <w:rPr>
                <w:b/>
                <w:color w:val="FFFFFF"/>
                <w:sz w:val="15"/>
              </w:rPr>
              <w:t>Gross amount</w:t>
            </w:r>
          </w:p>
        </w:tc>
      </w:tr>
      <w:tr w:rsidR="003D1B4E" w14:paraId="264AEA91" w14:textId="77777777" w:rsidTr="004D5C6E">
        <w:trPr>
          <w:jc w:val="center"/>
        </w:trPr>
        <w:tc>
          <w:tcPr>
            <w:tcW w:w="1728" w:type="dxa"/>
            <w:shd w:val="clear" w:color="auto" w:fill="FFFFFF"/>
            <w:tcMar>
              <w:top w:w="55" w:type="dxa"/>
              <w:left w:w="70" w:type="dxa"/>
              <w:bottom w:w="55" w:type="dxa"/>
              <w:right w:w="70" w:type="dxa"/>
            </w:tcMar>
            <w:vAlign w:val="center"/>
          </w:tcPr>
          <w:p w14:paraId="6519DF49" w14:textId="77777777" w:rsidR="003D1B4E" w:rsidRDefault="003D1B4E" w:rsidP="004D5C6E">
            <w:r>
              <w:rPr>
                <w:sz w:val="16"/>
              </w:rPr>
              <w:br/>
            </w:r>
          </w:p>
        </w:tc>
        <w:tc>
          <w:tcPr>
            <w:tcW w:w="4104" w:type="dxa"/>
            <w:shd w:val="clear" w:color="auto" w:fill="FFFFFF"/>
            <w:tcMar>
              <w:top w:w="55" w:type="dxa"/>
              <w:left w:w="70" w:type="dxa"/>
              <w:bottom w:w="55" w:type="dxa"/>
              <w:right w:w="70" w:type="dxa"/>
            </w:tcMar>
            <w:vAlign w:val="center"/>
          </w:tcPr>
          <w:p w14:paraId="2C97D1DB" w14:textId="77777777" w:rsidR="003D1B4E" w:rsidRDefault="003D1B4E" w:rsidP="004D5C6E">
            <w:r>
              <w:rPr>
                <w:sz w:val="16"/>
              </w:rPr>
              <w:br/>
            </w:r>
          </w:p>
        </w:tc>
        <w:tc>
          <w:tcPr>
            <w:tcW w:w="2592" w:type="dxa"/>
            <w:shd w:val="clear" w:color="auto" w:fill="FFFFFF"/>
            <w:tcMar>
              <w:top w:w="55" w:type="dxa"/>
              <w:left w:w="70" w:type="dxa"/>
              <w:bottom w:w="55" w:type="dxa"/>
              <w:right w:w="70" w:type="dxa"/>
            </w:tcMar>
            <w:vAlign w:val="center"/>
          </w:tcPr>
          <w:p w14:paraId="575A8C55" w14:textId="77777777" w:rsidR="003D1B4E" w:rsidRDefault="003D1B4E" w:rsidP="004D5C6E">
            <w:r>
              <w:rPr>
                <w:sz w:val="16"/>
              </w:rPr>
              <w:br/>
            </w:r>
          </w:p>
        </w:tc>
        <w:tc>
          <w:tcPr>
            <w:tcW w:w="2232" w:type="dxa"/>
            <w:shd w:val="clear" w:color="auto" w:fill="FFFFFF"/>
            <w:tcMar>
              <w:top w:w="55" w:type="dxa"/>
              <w:left w:w="70" w:type="dxa"/>
              <w:bottom w:w="55" w:type="dxa"/>
              <w:right w:w="70" w:type="dxa"/>
            </w:tcMar>
            <w:vAlign w:val="center"/>
          </w:tcPr>
          <w:p w14:paraId="47C6878C" w14:textId="77777777" w:rsidR="003D1B4E" w:rsidRDefault="003D1B4E" w:rsidP="004D5C6E">
            <w:r>
              <w:rPr>
                <w:sz w:val="16"/>
              </w:rPr>
              <w:br/>
            </w:r>
          </w:p>
        </w:tc>
      </w:tr>
      <w:tr w:rsidR="003D1B4E" w14:paraId="4D8A6727" w14:textId="77777777" w:rsidTr="004D5C6E">
        <w:trPr>
          <w:jc w:val="center"/>
        </w:trPr>
        <w:tc>
          <w:tcPr>
            <w:tcW w:w="1728" w:type="dxa"/>
            <w:shd w:val="clear" w:color="auto" w:fill="FFFFFF"/>
            <w:tcMar>
              <w:top w:w="55" w:type="dxa"/>
              <w:left w:w="70" w:type="dxa"/>
              <w:bottom w:w="55" w:type="dxa"/>
              <w:right w:w="70" w:type="dxa"/>
            </w:tcMar>
            <w:vAlign w:val="center"/>
          </w:tcPr>
          <w:p w14:paraId="231574F3" w14:textId="77777777" w:rsidR="003D1B4E" w:rsidRDefault="003D1B4E" w:rsidP="004D5C6E">
            <w:r>
              <w:rPr>
                <w:sz w:val="16"/>
              </w:rPr>
              <w:br/>
            </w:r>
          </w:p>
        </w:tc>
        <w:tc>
          <w:tcPr>
            <w:tcW w:w="4104" w:type="dxa"/>
            <w:shd w:val="clear" w:color="auto" w:fill="FFFFFF"/>
            <w:tcMar>
              <w:top w:w="55" w:type="dxa"/>
              <w:left w:w="70" w:type="dxa"/>
              <w:bottom w:w="55" w:type="dxa"/>
              <w:right w:w="70" w:type="dxa"/>
            </w:tcMar>
            <w:vAlign w:val="center"/>
          </w:tcPr>
          <w:p w14:paraId="09345191" w14:textId="77777777" w:rsidR="003D1B4E" w:rsidRDefault="003D1B4E" w:rsidP="004D5C6E">
            <w:r>
              <w:rPr>
                <w:sz w:val="16"/>
              </w:rPr>
              <w:br/>
            </w:r>
          </w:p>
        </w:tc>
        <w:tc>
          <w:tcPr>
            <w:tcW w:w="2592" w:type="dxa"/>
            <w:shd w:val="clear" w:color="auto" w:fill="FFFFFF"/>
            <w:tcMar>
              <w:top w:w="55" w:type="dxa"/>
              <w:left w:w="70" w:type="dxa"/>
              <w:bottom w:w="55" w:type="dxa"/>
              <w:right w:w="70" w:type="dxa"/>
            </w:tcMar>
            <w:vAlign w:val="center"/>
          </w:tcPr>
          <w:p w14:paraId="3729DF80" w14:textId="77777777" w:rsidR="003D1B4E" w:rsidRDefault="003D1B4E" w:rsidP="004D5C6E">
            <w:r>
              <w:rPr>
                <w:sz w:val="16"/>
              </w:rPr>
              <w:br/>
            </w:r>
          </w:p>
        </w:tc>
        <w:tc>
          <w:tcPr>
            <w:tcW w:w="2232" w:type="dxa"/>
            <w:shd w:val="clear" w:color="auto" w:fill="FFFFFF"/>
            <w:tcMar>
              <w:top w:w="55" w:type="dxa"/>
              <w:left w:w="70" w:type="dxa"/>
              <w:bottom w:w="55" w:type="dxa"/>
              <w:right w:w="70" w:type="dxa"/>
            </w:tcMar>
            <w:vAlign w:val="center"/>
          </w:tcPr>
          <w:p w14:paraId="5C6FF156" w14:textId="77777777" w:rsidR="003D1B4E" w:rsidRDefault="003D1B4E" w:rsidP="004D5C6E">
            <w:r>
              <w:rPr>
                <w:sz w:val="16"/>
              </w:rPr>
              <w:br/>
            </w:r>
          </w:p>
        </w:tc>
      </w:tr>
      <w:tr w:rsidR="003D1B4E" w14:paraId="1F0D5E39" w14:textId="77777777" w:rsidTr="004D5C6E">
        <w:trPr>
          <w:jc w:val="center"/>
        </w:trPr>
        <w:tc>
          <w:tcPr>
            <w:tcW w:w="1728" w:type="dxa"/>
            <w:shd w:val="clear" w:color="auto" w:fill="FFFFFF"/>
            <w:tcMar>
              <w:top w:w="55" w:type="dxa"/>
              <w:left w:w="70" w:type="dxa"/>
              <w:bottom w:w="55" w:type="dxa"/>
              <w:right w:w="70" w:type="dxa"/>
            </w:tcMar>
            <w:vAlign w:val="center"/>
          </w:tcPr>
          <w:p w14:paraId="51A4271F" w14:textId="77777777" w:rsidR="003D1B4E" w:rsidRDefault="003D1B4E" w:rsidP="004D5C6E">
            <w:r>
              <w:rPr>
                <w:sz w:val="16"/>
              </w:rPr>
              <w:br/>
            </w:r>
          </w:p>
        </w:tc>
        <w:tc>
          <w:tcPr>
            <w:tcW w:w="4104" w:type="dxa"/>
            <w:shd w:val="clear" w:color="auto" w:fill="FFFFFF"/>
            <w:tcMar>
              <w:top w:w="55" w:type="dxa"/>
              <w:left w:w="70" w:type="dxa"/>
              <w:bottom w:w="55" w:type="dxa"/>
              <w:right w:w="70" w:type="dxa"/>
            </w:tcMar>
            <w:vAlign w:val="center"/>
          </w:tcPr>
          <w:p w14:paraId="217DB5F1" w14:textId="77777777" w:rsidR="003D1B4E" w:rsidRDefault="003D1B4E" w:rsidP="004D5C6E">
            <w:r>
              <w:rPr>
                <w:sz w:val="16"/>
              </w:rPr>
              <w:br/>
            </w:r>
          </w:p>
        </w:tc>
        <w:tc>
          <w:tcPr>
            <w:tcW w:w="2592" w:type="dxa"/>
            <w:shd w:val="clear" w:color="auto" w:fill="FFFFFF"/>
            <w:tcMar>
              <w:top w:w="55" w:type="dxa"/>
              <w:left w:w="70" w:type="dxa"/>
              <w:bottom w:w="55" w:type="dxa"/>
              <w:right w:w="70" w:type="dxa"/>
            </w:tcMar>
            <w:vAlign w:val="center"/>
          </w:tcPr>
          <w:p w14:paraId="6EB9A4AE" w14:textId="77777777" w:rsidR="003D1B4E" w:rsidRDefault="003D1B4E" w:rsidP="004D5C6E">
            <w:r>
              <w:rPr>
                <w:sz w:val="16"/>
              </w:rPr>
              <w:br/>
            </w:r>
          </w:p>
        </w:tc>
        <w:tc>
          <w:tcPr>
            <w:tcW w:w="2232" w:type="dxa"/>
            <w:shd w:val="clear" w:color="auto" w:fill="FFFFFF"/>
            <w:tcMar>
              <w:top w:w="55" w:type="dxa"/>
              <w:left w:w="70" w:type="dxa"/>
              <w:bottom w:w="55" w:type="dxa"/>
              <w:right w:w="70" w:type="dxa"/>
            </w:tcMar>
            <w:vAlign w:val="center"/>
          </w:tcPr>
          <w:p w14:paraId="62EFA803" w14:textId="77777777" w:rsidR="003D1B4E" w:rsidRDefault="003D1B4E" w:rsidP="004D5C6E">
            <w:r>
              <w:rPr>
                <w:sz w:val="16"/>
              </w:rPr>
              <w:br/>
            </w:r>
          </w:p>
        </w:tc>
      </w:tr>
      <w:tr w:rsidR="003D1B4E" w14:paraId="205EC5BE" w14:textId="77777777" w:rsidTr="004D5C6E">
        <w:trPr>
          <w:jc w:val="center"/>
        </w:trPr>
        <w:tc>
          <w:tcPr>
            <w:tcW w:w="1728" w:type="dxa"/>
            <w:shd w:val="clear" w:color="auto" w:fill="FFFFFF"/>
            <w:tcMar>
              <w:top w:w="55" w:type="dxa"/>
              <w:left w:w="70" w:type="dxa"/>
              <w:bottom w:w="55" w:type="dxa"/>
              <w:right w:w="70" w:type="dxa"/>
            </w:tcMar>
            <w:vAlign w:val="center"/>
          </w:tcPr>
          <w:p w14:paraId="5EE47018" w14:textId="77777777" w:rsidR="003D1B4E" w:rsidRDefault="003D1B4E" w:rsidP="004D5C6E">
            <w:r>
              <w:rPr>
                <w:sz w:val="16"/>
              </w:rPr>
              <w:br/>
            </w:r>
          </w:p>
        </w:tc>
        <w:tc>
          <w:tcPr>
            <w:tcW w:w="4104" w:type="dxa"/>
            <w:shd w:val="clear" w:color="auto" w:fill="FFFFFF"/>
            <w:tcMar>
              <w:top w:w="55" w:type="dxa"/>
              <w:left w:w="70" w:type="dxa"/>
              <w:bottom w:w="55" w:type="dxa"/>
              <w:right w:w="70" w:type="dxa"/>
            </w:tcMar>
            <w:vAlign w:val="center"/>
          </w:tcPr>
          <w:p w14:paraId="7CAD3C2E" w14:textId="77777777" w:rsidR="003D1B4E" w:rsidRDefault="003D1B4E" w:rsidP="004D5C6E">
            <w:r>
              <w:rPr>
                <w:sz w:val="16"/>
              </w:rPr>
              <w:br/>
            </w:r>
          </w:p>
        </w:tc>
        <w:tc>
          <w:tcPr>
            <w:tcW w:w="2592" w:type="dxa"/>
            <w:shd w:val="clear" w:color="auto" w:fill="FFFFFF"/>
            <w:tcMar>
              <w:top w:w="55" w:type="dxa"/>
              <w:left w:w="70" w:type="dxa"/>
              <w:bottom w:w="55" w:type="dxa"/>
              <w:right w:w="70" w:type="dxa"/>
            </w:tcMar>
            <w:vAlign w:val="center"/>
          </w:tcPr>
          <w:p w14:paraId="1CEAAD65" w14:textId="77777777" w:rsidR="003D1B4E" w:rsidRDefault="003D1B4E" w:rsidP="004D5C6E">
            <w:r>
              <w:rPr>
                <w:sz w:val="16"/>
              </w:rPr>
              <w:br/>
            </w:r>
          </w:p>
        </w:tc>
        <w:tc>
          <w:tcPr>
            <w:tcW w:w="2232" w:type="dxa"/>
            <w:shd w:val="clear" w:color="auto" w:fill="FFFFFF"/>
            <w:tcMar>
              <w:top w:w="55" w:type="dxa"/>
              <w:left w:w="70" w:type="dxa"/>
              <w:bottom w:w="55" w:type="dxa"/>
              <w:right w:w="70" w:type="dxa"/>
            </w:tcMar>
            <w:vAlign w:val="center"/>
          </w:tcPr>
          <w:p w14:paraId="720AB8C1" w14:textId="77777777" w:rsidR="003D1B4E" w:rsidRDefault="003D1B4E" w:rsidP="004D5C6E">
            <w:r>
              <w:rPr>
                <w:sz w:val="16"/>
              </w:rPr>
              <w:br/>
            </w:r>
          </w:p>
        </w:tc>
      </w:tr>
      <w:tr w:rsidR="003D1B4E" w14:paraId="36B9899B" w14:textId="77777777" w:rsidTr="004D5C6E">
        <w:trPr>
          <w:jc w:val="center"/>
        </w:trPr>
        <w:tc>
          <w:tcPr>
            <w:tcW w:w="1728" w:type="dxa"/>
            <w:shd w:val="clear" w:color="auto" w:fill="FFFFFF"/>
            <w:tcMar>
              <w:top w:w="55" w:type="dxa"/>
              <w:left w:w="70" w:type="dxa"/>
              <w:bottom w:w="55" w:type="dxa"/>
              <w:right w:w="70" w:type="dxa"/>
            </w:tcMar>
            <w:vAlign w:val="center"/>
          </w:tcPr>
          <w:p w14:paraId="6ED4C6CA" w14:textId="77777777" w:rsidR="003D1B4E" w:rsidRDefault="003D1B4E" w:rsidP="004D5C6E">
            <w:r>
              <w:rPr>
                <w:sz w:val="16"/>
              </w:rPr>
              <w:br/>
            </w:r>
          </w:p>
        </w:tc>
        <w:tc>
          <w:tcPr>
            <w:tcW w:w="4104" w:type="dxa"/>
            <w:shd w:val="clear" w:color="auto" w:fill="FFFFFF"/>
            <w:tcMar>
              <w:top w:w="55" w:type="dxa"/>
              <w:left w:w="70" w:type="dxa"/>
              <w:bottom w:w="55" w:type="dxa"/>
              <w:right w:w="70" w:type="dxa"/>
            </w:tcMar>
            <w:vAlign w:val="center"/>
          </w:tcPr>
          <w:p w14:paraId="73DB1922" w14:textId="77777777" w:rsidR="003D1B4E" w:rsidRDefault="003D1B4E" w:rsidP="004D5C6E">
            <w:r>
              <w:rPr>
                <w:sz w:val="16"/>
              </w:rPr>
              <w:br/>
            </w:r>
          </w:p>
        </w:tc>
        <w:tc>
          <w:tcPr>
            <w:tcW w:w="2592" w:type="dxa"/>
            <w:shd w:val="clear" w:color="auto" w:fill="FFFFFF"/>
            <w:tcMar>
              <w:top w:w="55" w:type="dxa"/>
              <w:left w:w="70" w:type="dxa"/>
              <w:bottom w:w="55" w:type="dxa"/>
              <w:right w:w="70" w:type="dxa"/>
            </w:tcMar>
            <w:vAlign w:val="center"/>
          </w:tcPr>
          <w:p w14:paraId="376020F7" w14:textId="77777777" w:rsidR="003D1B4E" w:rsidRDefault="003D1B4E" w:rsidP="004D5C6E">
            <w:r>
              <w:rPr>
                <w:sz w:val="16"/>
              </w:rPr>
              <w:br/>
            </w:r>
          </w:p>
        </w:tc>
        <w:tc>
          <w:tcPr>
            <w:tcW w:w="2232" w:type="dxa"/>
            <w:shd w:val="clear" w:color="auto" w:fill="FFFFFF"/>
            <w:tcMar>
              <w:top w:w="55" w:type="dxa"/>
              <w:left w:w="70" w:type="dxa"/>
              <w:bottom w:w="55" w:type="dxa"/>
              <w:right w:w="70" w:type="dxa"/>
            </w:tcMar>
            <w:vAlign w:val="center"/>
          </w:tcPr>
          <w:p w14:paraId="7DDD880E" w14:textId="77777777" w:rsidR="003D1B4E" w:rsidRDefault="003D1B4E" w:rsidP="004D5C6E">
            <w:r>
              <w:rPr>
                <w:sz w:val="16"/>
              </w:rPr>
              <w:br/>
            </w:r>
          </w:p>
        </w:tc>
      </w:tr>
      <w:tr w:rsidR="003D1B4E" w14:paraId="5DF28FBC" w14:textId="77777777" w:rsidTr="004D5C6E">
        <w:trPr>
          <w:jc w:val="center"/>
        </w:trPr>
        <w:tc>
          <w:tcPr>
            <w:tcW w:w="1728" w:type="dxa"/>
            <w:shd w:val="clear" w:color="auto" w:fill="FFFFFF"/>
            <w:tcMar>
              <w:top w:w="55" w:type="dxa"/>
              <w:left w:w="70" w:type="dxa"/>
              <w:bottom w:w="55" w:type="dxa"/>
              <w:right w:w="70" w:type="dxa"/>
            </w:tcMar>
            <w:vAlign w:val="center"/>
          </w:tcPr>
          <w:p w14:paraId="06E0D75A" w14:textId="77777777" w:rsidR="003D1B4E" w:rsidRDefault="003D1B4E" w:rsidP="004D5C6E">
            <w:r>
              <w:rPr>
                <w:sz w:val="16"/>
              </w:rPr>
              <w:br/>
            </w:r>
          </w:p>
        </w:tc>
        <w:tc>
          <w:tcPr>
            <w:tcW w:w="4104" w:type="dxa"/>
            <w:shd w:val="clear" w:color="auto" w:fill="FFFFFF"/>
            <w:tcMar>
              <w:top w:w="55" w:type="dxa"/>
              <w:left w:w="70" w:type="dxa"/>
              <w:bottom w:w="55" w:type="dxa"/>
              <w:right w:w="70" w:type="dxa"/>
            </w:tcMar>
            <w:vAlign w:val="center"/>
          </w:tcPr>
          <w:p w14:paraId="7AB25B94" w14:textId="77777777" w:rsidR="003D1B4E" w:rsidRDefault="003D1B4E" w:rsidP="004D5C6E">
            <w:r>
              <w:rPr>
                <w:sz w:val="16"/>
              </w:rPr>
              <w:br/>
            </w:r>
          </w:p>
        </w:tc>
        <w:tc>
          <w:tcPr>
            <w:tcW w:w="2592" w:type="dxa"/>
            <w:shd w:val="clear" w:color="auto" w:fill="FFFFFF"/>
            <w:tcMar>
              <w:top w:w="55" w:type="dxa"/>
              <w:left w:w="70" w:type="dxa"/>
              <w:bottom w:w="55" w:type="dxa"/>
              <w:right w:w="70" w:type="dxa"/>
            </w:tcMar>
            <w:vAlign w:val="center"/>
          </w:tcPr>
          <w:p w14:paraId="27702C56" w14:textId="77777777" w:rsidR="003D1B4E" w:rsidRDefault="003D1B4E" w:rsidP="004D5C6E">
            <w:r>
              <w:rPr>
                <w:sz w:val="16"/>
              </w:rPr>
              <w:br/>
            </w:r>
          </w:p>
        </w:tc>
        <w:tc>
          <w:tcPr>
            <w:tcW w:w="2232" w:type="dxa"/>
            <w:shd w:val="clear" w:color="auto" w:fill="FFFFFF"/>
            <w:tcMar>
              <w:top w:w="55" w:type="dxa"/>
              <w:left w:w="70" w:type="dxa"/>
              <w:bottom w:w="55" w:type="dxa"/>
              <w:right w:w="70" w:type="dxa"/>
            </w:tcMar>
            <w:vAlign w:val="center"/>
          </w:tcPr>
          <w:p w14:paraId="1561A48E" w14:textId="77777777" w:rsidR="003D1B4E" w:rsidRDefault="003D1B4E" w:rsidP="004D5C6E">
            <w:r>
              <w:rPr>
                <w:sz w:val="16"/>
              </w:rPr>
              <w:br/>
            </w:r>
          </w:p>
        </w:tc>
      </w:tr>
    </w:tbl>
    <w:p w14:paraId="08AE262F" w14:textId="77777777" w:rsidR="009A43C3" w:rsidRDefault="009A43C3">
      <w:pPr>
        <w:spacing w:after="0"/>
      </w:pPr>
    </w:p>
    <w:tbl>
      <w:tblPr>
        <w:tblW w:w="0" w:type="auto"/>
        <w:jc w:val="center"/>
        <w:tblLook w:val="04A0" w:firstRow="1" w:lastRow="0" w:firstColumn="1" w:lastColumn="0" w:noHBand="0" w:noVBand="1"/>
      </w:tblPr>
      <w:tblGrid>
        <w:gridCol w:w="10656"/>
      </w:tblGrid>
      <w:tr w:rsidR="009A43C3" w14:paraId="1D0F461A" w14:textId="77777777">
        <w:trPr>
          <w:jc w:val="center"/>
        </w:trPr>
        <w:tc>
          <w:tcPr>
            <w:tcW w:w="10656" w:type="dxa"/>
            <w:shd w:val="clear" w:color="auto" w:fill="355246"/>
            <w:tcMar>
              <w:top w:w="55" w:type="dxa"/>
              <w:left w:w="70" w:type="dxa"/>
              <w:bottom w:w="55" w:type="dxa"/>
              <w:right w:w="70" w:type="dxa"/>
            </w:tcMar>
            <w:vAlign w:val="center"/>
          </w:tcPr>
          <w:p w14:paraId="1BFB91A6" w14:textId="77777777" w:rsidR="009A43C3" w:rsidRDefault="00A60DCE">
            <w:pPr>
              <w:keepNext/>
            </w:pPr>
            <w:r>
              <w:rPr>
                <w:b/>
                <w:color w:val="FFFFFF"/>
                <w:sz w:val="20"/>
              </w:rPr>
              <w:t xml:space="preserve">FINANCIAL </w:t>
            </w:r>
            <w:proofErr w:type="gramStart"/>
            <w:r>
              <w:rPr>
                <w:b/>
                <w:color w:val="FFFFFF"/>
                <w:sz w:val="20"/>
              </w:rPr>
              <w:t>DISCLOSURE  DEBTS</w:t>
            </w:r>
            <w:proofErr w:type="gramEnd"/>
            <w:r>
              <w:rPr>
                <w:b/>
                <w:color w:val="FFFFFF"/>
                <w:sz w:val="20"/>
              </w:rPr>
              <w:t xml:space="preserve"> AND TRANSFERS</w:t>
            </w:r>
          </w:p>
        </w:tc>
      </w:tr>
    </w:tbl>
    <w:p w14:paraId="6E012125" w14:textId="77777777" w:rsidR="009A43C3" w:rsidRDefault="00A60DCE">
      <w:r>
        <w:t>List all debts owed by the applicant or spouse as of the application date. Write None if there are no debts.</w:t>
      </w:r>
    </w:p>
    <w:tbl>
      <w:tblPr>
        <w:tblStyle w:val="TableGrid"/>
        <w:tblW w:w="0" w:type="auto"/>
        <w:jc w:val="center"/>
        <w:tblLayout w:type="fixed"/>
        <w:tblLook w:val="04A0" w:firstRow="1" w:lastRow="0" w:firstColumn="1" w:lastColumn="0" w:noHBand="0" w:noVBand="1"/>
      </w:tblPr>
      <w:tblGrid>
        <w:gridCol w:w="2664"/>
        <w:gridCol w:w="4032"/>
        <w:gridCol w:w="2880"/>
        <w:gridCol w:w="2664"/>
      </w:tblGrid>
      <w:tr w:rsidR="009A43C3" w14:paraId="119C323F" w14:textId="77777777">
        <w:trPr>
          <w:tblHeader/>
          <w:jc w:val="center"/>
        </w:trPr>
        <w:tc>
          <w:tcPr>
            <w:tcW w:w="2664" w:type="dxa"/>
            <w:shd w:val="clear" w:color="auto" w:fill="355246"/>
            <w:tcMar>
              <w:top w:w="55" w:type="dxa"/>
              <w:left w:w="70" w:type="dxa"/>
              <w:bottom w:w="55" w:type="dxa"/>
              <w:right w:w="70" w:type="dxa"/>
            </w:tcMar>
            <w:vAlign w:val="center"/>
          </w:tcPr>
          <w:p w14:paraId="3C617025" w14:textId="77777777" w:rsidR="009A43C3" w:rsidRDefault="00A60DCE">
            <w:pPr>
              <w:jc w:val="center"/>
            </w:pPr>
            <w:r>
              <w:rPr>
                <w:b/>
                <w:color w:val="FFFFFF"/>
                <w:sz w:val="15"/>
              </w:rPr>
              <w:t>Debtor</w:t>
            </w:r>
          </w:p>
        </w:tc>
        <w:tc>
          <w:tcPr>
            <w:tcW w:w="2664" w:type="dxa"/>
            <w:shd w:val="clear" w:color="auto" w:fill="355246"/>
            <w:tcMar>
              <w:top w:w="55" w:type="dxa"/>
              <w:left w:w="70" w:type="dxa"/>
              <w:bottom w:w="55" w:type="dxa"/>
              <w:right w:w="70" w:type="dxa"/>
            </w:tcMar>
            <w:vAlign w:val="center"/>
          </w:tcPr>
          <w:p w14:paraId="0117FDE8" w14:textId="77777777" w:rsidR="009A43C3" w:rsidRDefault="00A60DCE">
            <w:pPr>
              <w:jc w:val="center"/>
            </w:pPr>
            <w:r>
              <w:rPr>
                <w:b/>
                <w:color w:val="FFFFFF"/>
                <w:sz w:val="15"/>
              </w:rPr>
              <w:t>Description of debt</w:t>
            </w:r>
          </w:p>
        </w:tc>
        <w:tc>
          <w:tcPr>
            <w:tcW w:w="2664" w:type="dxa"/>
            <w:shd w:val="clear" w:color="auto" w:fill="355246"/>
            <w:tcMar>
              <w:top w:w="55" w:type="dxa"/>
              <w:left w:w="70" w:type="dxa"/>
              <w:bottom w:w="55" w:type="dxa"/>
              <w:right w:w="70" w:type="dxa"/>
            </w:tcMar>
            <w:vAlign w:val="center"/>
          </w:tcPr>
          <w:p w14:paraId="1074652E" w14:textId="77777777" w:rsidR="009A43C3" w:rsidRDefault="00A60DCE">
            <w:pPr>
              <w:jc w:val="center"/>
            </w:pPr>
            <w:r>
              <w:rPr>
                <w:b/>
                <w:color w:val="FFFFFF"/>
                <w:sz w:val="15"/>
              </w:rPr>
              <w:t>Creditor</w:t>
            </w:r>
          </w:p>
        </w:tc>
        <w:tc>
          <w:tcPr>
            <w:tcW w:w="2664" w:type="dxa"/>
            <w:shd w:val="clear" w:color="auto" w:fill="355246"/>
            <w:tcMar>
              <w:top w:w="55" w:type="dxa"/>
              <w:left w:w="70" w:type="dxa"/>
              <w:bottom w:w="55" w:type="dxa"/>
              <w:right w:w="70" w:type="dxa"/>
            </w:tcMar>
            <w:vAlign w:val="center"/>
          </w:tcPr>
          <w:p w14:paraId="5C5A5C85" w14:textId="77777777" w:rsidR="009A43C3" w:rsidRDefault="00A60DCE">
            <w:pPr>
              <w:jc w:val="center"/>
            </w:pPr>
            <w:r>
              <w:rPr>
                <w:b/>
                <w:color w:val="FFFFFF"/>
                <w:sz w:val="15"/>
              </w:rPr>
              <w:t>Amount owed</w:t>
            </w:r>
          </w:p>
        </w:tc>
      </w:tr>
      <w:tr w:rsidR="009A43C3" w14:paraId="42F5883D" w14:textId="77777777">
        <w:trPr>
          <w:jc w:val="center"/>
        </w:trPr>
        <w:tc>
          <w:tcPr>
            <w:tcW w:w="1728" w:type="dxa"/>
            <w:shd w:val="clear" w:color="auto" w:fill="FFFFFF"/>
            <w:tcMar>
              <w:top w:w="55" w:type="dxa"/>
              <w:left w:w="70" w:type="dxa"/>
              <w:bottom w:w="55" w:type="dxa"/>
              <w:right w:w="70" w:type="dxa"/>
            </w:tcMar>
            <w:vAlign w:val="center"/>
          </w:tcPr>
          <w:p w14:paraId="30406777" w14:textId="77777777" w:rsidR="009A43C3" w:rsidRDefault="00A60DCE">
            <w:r>
              <w:rPr>
                <w:sz w:val="16"/>
              </w:rPr>
              <w:br/>
            </w:r>
          </w:p>
        </w:tc>
        <w:tc>
          <w:tcPr>
            <w:tcW w:w="4032" w:type="dxa"/>
            <w:shd w:val="clear" w:color="auto" w:fill="FFFFFF"/>
            <w:tcMar>
              <w:top w:w="55" w:type="dxa"/>
              <w:left w:w="70" w:type="dxa"/>
              <w:bottom w:w="55" w:type="dxa"/>
              <w:right w:w="70" w:type="dxa"/>
            </w:tcMar>
            <w:vAlign w:val="center"/>
          </w:tcPr>
          <w:p w14:paraId="31CE0C22" w14:textId="77777777" w:rsidR="009A43C3" w:rsidRDefault="00A60DCE">
            <w:r>
              <w:rPr>
                <w:sz w:val="16"/>
              </w:rPr>
              <w:br/>
            </w:r>
          </w:p>
        </w:tc>
        <w:tc>
          <w:tcPr>
            <w:tcW w:w="2880" w:type="dxa"/>
            <w:shd w:val="clear" w:color="auto" w:fill="FFFFFF"/>
            <w:tcMar>
              <w:top w:w="55" w:type="dxa"/>
              <w:left w:w="70" w:type="dxa"/>
              <w:bottom w:w="55" w:type="dxa"/>
              <w:right w:w="70" w:type="dxa"/>
            </w:tcMar>
            <w:vAlign w:val="center"/>
          </w:tcPr>
          <w:p w14:paraId="48B44E44" w14:textId="77777777" w:rsidR="009A43C3" w:rsidRDefault="00A60DCE">
            <w:r>
              <w:rPr>
                <w:sz w:val="16"/>
              </w:rPr>
              <w:br/>
            </w:r>
          </w:p>
        </w:tc>
        <w:tc>
          <w:tcPr>
            <w:tcW w:w="2016" w:type="dxa"/>
            <w:shd w:val="clear" w:color="auto" w:fill="FFFFFF"/>
            <w:tcMar>
              <w:top w:w="55" w:type="dxa"/>
              <w:left w:w="70" w:type="dxa"/>
              <w:bottom w:w="55" w:type="dxa"/>
              <w:right w:w="70" w:type="dxa"/>
            </w:tcMar>
            <w:vAlign w:val="center"/>
          </w:tcPr>
          <w:p w14:paraId="482B5F58" w14:textId="77777777" w:rsidR="009A43C3" w:rsidRDefault="00A60DCE">
            <w:r>
              <w:rPr>
                <w:sz w:val="16"/>
              </w:rPr>
              <w:br/>
            </w:r>
          </w:p>
        </w:tc>
      </w:tr>
      <w:tr w:rsidR="009A43C3" w14:paraId="316B6380" w14:textId="77777777">
        <w:trPr>
          <w:jc w:val="center"/>
        </w:trPr>
        <w:tc>
          <w:tcPr>
            <w:tcW w:w="1728" w:type="dxa"/>
            <w:shd w:val="clear" w:color="auto" w:fill="FFFFFF"/>
            <w:tcMar>
              <w:top w:w="55" w:type="dxa"/>
              <w:left w:w="70" w:type="dxa"/>
              <w:bottom w:w="55" w:type="dxa"/>
              <w:right w:w="70" w:type="dxa"/>
            </w:tcMar>
            <w:vAlign w:val="center"/>
          </w:tcPr>
          <w:p w14:paraId="60785AC2" w14:textId="77777777" w:rsidR="009A43C3" w:rsidRDefault="00A60DCE">
            <w:r>
              <w:rPr>
                <w:sz w:val="16"/>
              </w:rPr>
              <w:br/>
            </w:r>
          </w:p>
        </w:tc>
        <w:tc>
          <w:tcPr>
            <w:tcW w:w="4032" w:type="dxa"/>
            <w:shd w:val="clear" w:color="auto" w:fill="FFFFFF"/>
            <w:tcMar>
              <w:top w:w="55" w:type="dxa"/>
              <w:left w:w="70" w:type="dxa"/>
              <w:bottom w:w="55" w:type="dxa"/>
              <w:right w:w="70" w:type="dxa"/>
            </w:tcMar>
            <w:vAlign w:val="center"/>
          </w:tcPr>
          <w:p w14:paraId="043EB313" w14:textId="77777777" w:rsidR="009A43C3" w:rsidRDefault="00A60DCE">
            <w:r>
              <w:rPr>
                <w:sz w:val="16"/>
              </w:rPr>
              <w:br/>
            </w:r>
          </w:p>
        </w:tc>
        <w:tc>
          <w:tcPr>
            <w:tcW w:w="2880" w:type="dxa"/>
            <w:shd w:val="clear" w:color="auto" w:fill="FFFFFF"/>
            <w:tcMar>
              <w:top w:w="55" w:type="dxa"/>
              <w:left w:w="70" w:type="dxa"/>
              <w:bottom w:w="55" w:type="dxa"/>
              <w:right w:w="70" w:type="dxa"/>
            </w:tcMar>
            <w:vAlign w:val="center"/>
          </w:tcPr>
          <w:p w14:paraId="74689745" w14:textId="77777777" w:rsidR="009A43C3" w:rsidRDefault="00A60DCE">
            <w:r>
              <w:rPr>
                <w:sz w:val="16"/>
              </w:rPr>
              <w:br/>
            </w:r>
          </w:p>
        </w:tc>
        <w:tc>
          <w:tcPr>
            <w:tcW w:w="2016" w:type="dxa"/>
            <w:shd w:val="clear" w:color="auto" w:fill="FFFFFF"/>
            <w:tcMar>
              <w:top w:w="55" w:type="dxa"/>
              <w:left w:w="70" w:type="dxa"/>
              <w:bottom w:w="55" w:type="dxa"/>
              <w:right w:w="70" w:type="dxa"/>
            </w:tcMar>
            <w:vAlign w:val="center"/>
          </w:tcPr>
          <w:p w14:paraId="6B803B2F" w14:textId="77777777" w:rsidR="009A43C3" w:rsidRDefault="00A60DCE">
            <w:r>
              <w:rPr>
                <w:sz w:val="16"/>
              </w:rPr>
              <w:br/>
            </w:r>
          </w:p>
        </w:tc>
      </w:tr>
      <w:tr w:rsidR="009A43C3" w14:paraId="18A88455" w14:textId="77777777">
        <w:trPr>
          <w:jc w:val="center"/>
        </w:trPr>
        <w:tc>
          <w:tcPr>
            <w:tcW w:w="1728" w:type="dxa"/>
            <w:shd w:val="clear" w:color="auto" w:fill="FFFFFF"/>
            <w:tcMar>
              <w:top w:w="55" w:type="dxa"/>
              <w:left w:w="70" w:type="dxa"/>
              <w:bottom w:w="55" w:type="dxa"/>
              <w:right w:w="70" w:type="dxa"/>
            </w:tcMar>
            <w:vAlign w:val="center"/>
          </w:tcPr>
          <w:p w14:paraId="7FD4EEDA" w14:textId="77777777" w:rsidR="009A43C3" w:rsidRDefault="00A60DCE">
            <w:r>
              <w:rPr>
                <w:sz w:val="16"/>
              </w:rPr>
              <w:br/>
            </w:r>
          </w:p>
        </w:tc>
        <w:tc>
          <w:tcPr>
            <w:tcW w:w="4032" w:type="dxa"/>
            <w:shd w:val="clear" w:color="auto" w:fill="FFFFFF"/>
            <w:tcMar>
              <w:top w:w="55" w:type="dxa"/>
              <w:left w:w="70" w:type="dxa"/>
              <w:bottom w:w="55" w:type="dxa"/>
              <w:right w:w="70" w:type="dxa"/>
            </w:tcMar>
            <w:vAlign w:val="center"/>
          </w:tcPr>
          <w:p w14:paraId="26DC1ABB" w14:textId="77777777" w:rsidR="009A43C3" w:rsidRDefault="00A60DCE">
            <w:r>
              <w:rPr>
                <w:sz w:val="16"/>
              </w:rPr>
              <w:br/>
            </w:r>
          </w:p>
        </w:tc>
        <w:tc>
          <w:tcPr>
            <w:tcW w:w="2880" w:type="dxa"/>
            <w:shd w:val="clear" w:color="auto" w:fill="FFFFFF"/>
            <w:tcMar>
              <w:top w:w="55" w:type="dxa"/>
              <w:left w:w="70" w:type="dxa"/>
              <w:bottom w:w="55" w:type="dxa"/>
              <w:right w:w="70" w:type="dxa"/>
            </w:tcMar>
            <w:vAlign w:val="center"/>
          </w:tcPr>
          <w:p w14:paraId="64FA4362" w14:textId="77777777" w:rsidR="009A43C3" w:rsidRDefault="00A60DCE">
            <w:r>
              <w:rPr>
                <w:sz w:val="16"/>
              </w:rPr>
              <w:br/>
            </w:r>
          </w:p>
        </w:tc>
        <w:tc>
          <w:tcPr>
            <w:tcW w:w="2016" w:type="dxa"/>
            <w:shd w:val="clear" w:color="auto" w:fill="FFFFFF"/>
            <w:tcMar>
              <w:top w:w="55" w:type="dxa"/>
              <w:left w:w="70" w:type="dxa"/>
              <w:bottom w:w="55" w:type="dxa"/>
              <w:right w:w="70" w:type="dxa"/>
            </w:tcMar>
            <w:vAlign w:val="center"/>
          </w:tcPr>
          <w:p w14:paraId="6FF8036E" w14:textId="77777777" w:rsidR="009A43C3" w:rsidRDefault="00A60DCE">
            <w:r>
              <w:rPr>
                <w:sz w:val="16"/>
              </w:rPr>
              <w:br/>
            </w:r>
          </w:p>
        </w:tc>
      </w:tr>
      <w:tr w:rsidR="009A43C3" w14:paraId="359702A7" w14:textId="77777777">
        <w:trPr>
          <w:jc w:val="center"/>
        </w:trPr>
        <w:tc>
          <w:tcPr>
            <w:tcW w:w="1728" w:type="dxa"/>
            <w:shd w:val="clear" w:color="auto" w:fill="FFFFFF"/>
            <w:tcMar>
              <w:top w:w="55" w:type="dxa"/>
              <w:left w:w="70" w:type="dxa"/>
              <w:bottom w:w="55" w:type="dxa"/>
              <w:right w:w="70" w:type="dxa"/>
            </w:tcMar>
            <w:vAlign w:val="center"/>
          </w:tcPr>
          <w:p w14:paraId="13E95D9D" w14:textId="77777777" w:rsidR="009A43C3" w:rsidRDefault="00A60DCE">
            <w:r>
              <w:rPr>
                <w:sz w:val="16"/>
              </w:rPr>
              <w:br/>
            </w:r>
          </w:p>
        </w:tc>
        <w:tc>
          <w:tcPr>
            <w:tcW w:w="4032" w:type="dxa"/>
            <w:shd w:val="clear" w:color="auto" w:fill="FFFFFF"/>
            <w:tcMar>
              <w:top w:w="55" w:type="dxa"/>
              <w:left w:w="70" w:type="dxa"/>
              <w:bottom w:w="55" w:type="dxa"/>
              <w:right w:w="70" w:type="dxa"/>
            </w:tcMar>
            <w:vAlign w:val="center"/>
          </w:tcPr>
          <w:p w14:paraId="7AB9145E" w14:textId="77777777" w:rsidR="009A43C3" w:rsidRDefault="00A60DCE">
            <w:r>
              <w:rPr>
                <w:sz w:val="16"/>
              </w:rPr>
              <w:br/>
            </w:r>
          </w:p>
        </w:tc>
        <w:tc>
          <w:tcPr>
            <w:tcW w:w="2880" w:type="dxa"/>
            <w:shd w:val="clear" w:color="auto" w:fill="FFFFFF"/>
            <w:tcMar>
              <w:top w:w="55" w:type="dxa"/>
              <w:left w:w="70" w:type="dxa"/>
              <w:bottom w:w="55" w:type="dxa"/>
              <w:right w:w="70" w:type="dxa"/>
            </w:tcMar>
            <w:vAlign w:val="center"/>
          </w:tcPr>
          <w:p w14:paraId="294F4D2A" w14:textId="77777777" w:rsidR="009A43C3" w:rsidRDefault="00A60DCE">
            <w:r>
              <w:rPr>
                <w:sz w:val="16"/>
              </w:rPr>
              <w:br/>
            </w:r>
          </w:p>
        </w:tc>
        <w:tc>
          <w:tcPr>
            <w:tcW w:w="2016" w:type="dxa"/>
            <w:shd w:val="clear" w:color="auto" w:fill="FFFFFF"/>
            <w:tcMar>
              <w:top w:w="55" w:type="dxa"/>
              <w:left w:w="70" w:type="dxa"/>
              <w:bottom w:w="55" w:type="dxa"/>
              <w:right w:w="70" w:type="dxa"/>
            </w:tcMar>
            <w:vAlign w:val="center"/>
          </w:tcPr>
          <w:p w14:paraId="62501734" w14:textId="77777777" w:rsidR="009A43C3" w:rsidRDefault="00A60DCE">
            <w:r>
              <w:rPr>
                <w:sz w:val="16"/>
              </w:rPr>
              <w:br/>
            </w:r>
          </w:p>
        </w:tc>
      </w:tr>
      <w:tr w:rsidR="009A43C3" w14:paraId="31A23A7A" w14:textId="77777777">
        <w:trPr>
          <w:jc w:val="center"/>
        </w:trPr>
        <w:tc>
          <w:tcPr>
            <w:tcW w:w="1728" w:type="dxa"/>
            <w:shd w:val="clear" w:color="auto" w:fill="FFFFFF"/>
            <w:tcMar>
              <w:top w:w="55" w:type="dxa"/>
              <w:left w:w="70" w:type="dxa"/>
              <w:bottom w:w="55" w:type="dxa"/>
              <w:right w:w="70" w:type="dxa"/>
            </w:tcMar>
            <w:vAlign w:val="center"/>
          </w:tcPr>
          <w:p w14:paraId="7D4D958F" w14:textId="77777777" w:rsidR="009A43C3" w:rsidRDefault="00A60DCE">
            <w:r>
              <w:rPr>
                <w:sz w:val="16"/>
              </w:rPr>
              <w:br/>
            </w:r>
          </w:p>
        </w:tc>
        <w:tc>
          <w:tcPr>
            <w:tcW w:w="4032" w:type="dxa"/>
            <w:shd w:val="clear" w:color="auto" w:fill="FFFFFF"/>
            <w:tcMar>
              <w:top w:w="55" w:type="dxa"/>
              <w:left w:w="70" w:type="dxa"/>
              <w:bottom w:w="55" w:type="dxa"/>
              <w:right w:w="70" w:type="dxa"/>
            </w:tcMar>
            <w:vAlign w:val="center"/>
          </w:tcPr>
          <w:p w14:paraId="246F8770" w14:textId="77777777" w:rsidR="009A43C3" w:rsidRDefault="00A60DCE">
            <w:r>
              <w:rPr>
                <w:sz w:val="16"/>
              </w:rPr>
              <w:br/>
            </w:r>
          </w:p>
        </w:tc>
        <w:tc>
          <w:tcPr>
            <w:tcW w:w="2880" w:type="dxa"/>
            <w:shd w:val="clear" w:color="auto" w:fill="FFFFFF"/>
            <w:tcMar>
              <w:top w:w="55" w:type="dxa"/>
              <w:left w:w="70" w:type="dxa"/>
              <w:bottom w:w="55" w:type="dxa"/>
              <w:right w:w="70" w:type="dxa"/>
            </w:tcMar>
            <w:vAlign w:val="center"/>
          </w:tcPr>
          <w:p w14:paraId="65AB8A29" w14:textId="77777777" w:rsidR="009A43C3" w:rsidRDefault="00A60DCE">
            <w:r>
              <w:rPr>
                <w:sz w:val="16"/>
              </w:rPr>
              <w:br/>
            </w:r>
          </w:p>
        </w:tc>
        <w:tc>
          <w:tcPr>
            <w:tcW w:w="2016" w:type="dxa"/>
            <w:shd w:val="clear" w:color="auto" w:fill="FFFFFF"/>
            <w:tcMar>
              <w:top w:w="55" w:type="dxa"/>
              <w:left w:w="70" w:type="dxa"/>
              <w:bottom w:w="55" w:type="dxa"/>
              <w:right w:w="70" w:type="dxa"/>
            </w:tcMar>
            <w:vAlign w:val="center"/>
          </w:tcPr>
          <w:p w14:paraId="00E022C3" w14:textId="77777777" w:rsidR="009A43C3" w:rsidRDefault="00A60DCE">
            <w:r>
              <w:rPr>
                <w:sz w:val="16"/>
              </w:rPr>
              <w:br/>
            </w:r>
          </w:p>
        </w:tc>
      </w:tr>
      <w:tr w:rsidR="009A43C3" w14:paraId="1A908AD9" w14:textId="77777777">
        <w:trPr>
          <w:jc w:val="center"/>
        </w:trPr>
        <w:tc>
          <w:tcPr>
            <w:tcW w:w="1728" w:type="dxa"/>
            <w:shd w:val="clear" w:color="auto" w:fill="FFFFFF"/>
            <w:tcMar>
              <w:top w:w="55" w:type="dxa"/>
              <w:left w:w="70" w:type="dxa"/>
              <w:bottom w:w="55" w:type="dxa"/>
              <w:right w:w="70" w:type="dxa"/>
            </w:tcMar>
            <w:vAlign w:val="center"/>
          </w:tcPr>
          <w:p w14:paraId="37AA3788" w14:textId="77777777" w:rsidR="009A43C3" w:rsidRDefault="00A60DCE">
            <w:r>
              <w:rPr>
                <w:sz w:val="16"/>
              </w:rPr>
              <w:lastRenderedPageBreak/>
              <w:br/>
            </w:r>
          </w:p>
        </w:tc>
        <w:tc>
          <w:tcPr>
            <w:tcW w:w="4032" w:type="dxa"/>
            <w:shd w:val="clear" w:color="auto" w:fill="FFFFFF"/>
            <w:tcMar>
              <w:top w:w="55" w:type="dxa"/>
              <w:left w:w="70" w:type="dxa"/>
              <w:bottom w:w="55" w:type="dxa"/>
              <w:right w:w="70" w:type="dxa"/>
            </w:tcMar>
            <w:vAlign w:val="center"/>
          </w:tcPr>
          <w:p w14:paraId="18214040" w14:textId="77777777" w:rsidR="009A43C3" w:rsidRDefault="00A60DCE">
            <w:r>
              <w:rPr>
                <w:sz w:val="16"/>
              </w:rPr>
              <w:br/>
            </w:r>
          </w:p>
        </w:tc>
        <w:tc>
          <w:tcPr>
            <w:tcW w:w="2880" w:type="dxa"/>
            <w:shd w:val="clear" w:color="auto" w:fill="FFFFFF"/>
            <w:tcMar>
              <w:top w:w="55" w:type="dxa"/>
              <w:left w:w="70" w:type="dxa"/>
              <w:bottom w:w="55" w:type="dxa"/>
              <w:right w:w="70" w:type="dxa"/>
            </w:tcMar>
            <w:vAlign w:val="center"/>
          </w:tcPr>
          <w:p w14:paraId="4EAA9F55" w14:textId="77777777" w:rsidR="009A43C3" w:rsidRDefault="00A60DCE">
            <w:r>
              <w:rPr>
                <w:sz w:val="16"/>
              </w:rPr>
              <w:br/>
            </w:r>
          </w:p>
        </w:tc>
        <w:tc>
          <w:tcPr>
            <w:tcW w:w="2016" w:type="dxa"/>
            <w:shd w:val="clear" w:color="auto" w:fill="FFFFFF"/>
            <w:tcMar>
              <w:top w:w="55" w:type="dxa"/>
              <w:left w:w="70" w:type="dxa"/>
              <w:bottom w:w="55" w:type="dxa"/>
              <w:right w:w="70" w:type="dxa"/>
            </w:tcMar>
            <w:vAlign w:val="center"/>
          </w:tcPr>
          <w:p w14:paraId="02AF4FAE" w14:textId="77777777" w:rsidR="009A43C3" w:rsidRDefault="00A60DCE">
            <w:r>
              <w:rPr>
                <w:sz w:val="16"/>
              </w:rPr>
              <w:br/>
            </w:r>
          </w:p>
        </w:tc>
      </w:tr>
    </w:tbl>
    <w:p w14:paraId="0D861E4A" w14:textId="77777777" w:rsidR="009A43C3" w:rsidRDefault="009A43C3">
      <w:pPr>
        <w:spacing w:after="0"/>
      </w:pPr>
    </w:p>
    <w:p w14:paraId="6D44AF88" w14:textId="77777777" w:rsidR="009A43C3" w:rsidRDefault="00A60DCE">
      <w:r>
        <w:rPr>
          <w:i/>
          <w:color w:val="767676"/>
          <w:sz w:val="15"/>
        </w:rPr>
        <w:t>Examples include Social Security, pensions, retirement benefits, farmland or CRP income, oil or mineral royalties, trust income, rental income, veterans or military benefits, wages, and other income.</w:t>
      </w:r>
    </w:p>
    <w:tbl>
      <w:tblPr>
        <w:tblW w:w="0" w:type="auto"/>
        <w:jc w:val="center"/>
        <w:tblLook w:val="04A0" w:firstRow="1" w:lastRow="0" w:firstColumn="1" w:lastColumn="0" w:noHBand="0" w:noVBand="1"/>
      </w:tblPr>
      <w:tblGrid>
        <w:gridCol w:w="10656"/>
      </w:tblGrid>
      <w:tr w:rsidR="009A43C3" w14:paraId="7A946462" w14:textId="77777777">
        <w:trPr>
          <w:jc w:val="center"/>
        </w:trPr>
        <w:tc>
          <w:tcPr>
            <w:tcW w:w="10656" w:type="dxa"/>
            <w:shd w:val="clear" w:color="auto" w:fill="355246"/>
            <w:tcMar>
              <w:top w:w="55" w:type="dxa"/>
              <w:left w:w="70" w:type="dxa"/>
              <w:bottom w:w="55" w:type="dxa"/>
              <w:right w:w="70" w:type="dxa"/>
            </w:tcMar>
            <w:vAlign w:val="center"/>
          </w:tcPr>
          <w:p w14:paraId="7F0EEC83" w14:textId="77777777" w:rsidR="009A43C3" w:rsidRDefault="00A60DCE">
            <w:pPr>
              <w:keepNext/>
            </w:pPr>
            <w:r>
              <w:rPr>
                <w:b/>
                <w:color w:val="FFFFFF"/>
                <w:sz w:val="20"/>
              </w:rPr>
              <w:t>AUTHORIZATION AND APPLICANT CERTIFICATION</w:t>
            </w:r>
          </w:p>
        </w:tc>
      </w:tr>
    </w:tbl>
    <w:p w14:paraId="29DBFB1D" w14:textId="77777777" w:rsidR="009A43C3" w:rsidRDefault="00A60DCE">
      <w:r>
        <w:rPr>
          <w:b/>
        </w:rPr>
        <w:t xml:space="preserve">Authorization. </w:t>
      </w:r>
      <w:r>
        <w:t xml:space="preserve">I authorize Maple Manor Care Center to contact county and state social services agencies regarding my Medicaid application and eligibility, when applicable, and authorize those agencies to release relevant information to Maple Manor Care Center. I also authorize Maple Manor Care Center to contact the financial institutions identified in this application to verify information concerning my assets and </w:t>
      </w:r>
      <w:proofErr w:type="gramStart"/>
      <w:r>
        <w:t>income, and</w:t>
      </w:r>
      <w:proofErr w:type="gramEnd"/>
      <w:r>
        <w:t xml:space="preserve"> authorize those institutions to release relevant information to Maple Manor Care Center. I further authorize Maple Manor Care Center to provide information from this admission application to its legal counsel when reasonably necessary to review or process my application.</w:t>
      </w:r>
    </w:p>
    <w:p w14:paraId="773D5695" w14:textId="77777777" w:rsidR="009A43C3" w:rsidRDefault="00A60DCE">
      <w:r>
        <w:rPr>
          <w:b/>
        </w:rPr>
        <w:t xml:space="preserve">Certification. </w:t>
      </w:r>
      <w:r>
        <w:t xml:space="preserve">I understand that incomplete or false information may delay </w:t>
      </w:r>
      <w:proofErr w:type="gramStart"/>
      <w:r>
        <w:t>review</w:t>
      </w:r>
      <w:proofErr w:type="gramEnd"/>
      <w:r>
        <w:t>, result in denial of admission, or affect continued eligibility for services, subject to applicable law. I certify that the information in this application and any attachments is true and complete to the best of my knowledge.</w:t>
      </w:r>
    </w:p>
    <w:p w14:paraId="072F842C" w14:textId="77777777" w:rsidR="009A43C3" w:rsidRDefault="00A60DCE">
      <w:r>
        <w:rPr>
          <w:b/>
        </w:rPr>
        <w:t xml:space="preserve">Acknowledgment. </w:t>
      </w:r>
      <w:r>
        <w:t>I understand that submitting this application does not guarantee admission. Admission remains subject to Maple Manor Care Center's clinical, financial, and operational review and to applicable law.</w:t>
      </w:r>
    </w:p>
    <w:tbl>
      <w:tblPr>
        <w:tblW w:w="0" w:type="auto"/>
        <w:jc w:val="center"/>
        <w:tblLayout w:type="fixed"/>
        <w:tblLook w:val="04A0" w:firstRow="1" w:lastRow="0" w:firstColumn="1" w:lastColumn="0" w:noHBand="0" w:noVBand="1"/>
      </w:tblPr>
      <w:tblGrid>
        <w:gridCol w:w="7200"/>
        <w:gridCol w:w="3456"/>
      </w:tblGrid>
      <w:tr w:rsidR="009A43C3" w14:paraId="1865231F" w14:textId="77777777">
        <w:trPr>
          <w:jc w:val="center"/>
        </w:trPr>
        <w:tc>
          <w:tcPr>
            <w:tcW w:w="7200" w:type="dxa"/>
            <w:shd w:val="clear" w:color="auto" w:fill="F5F7F5"/>
            <w:tcMar>
              <w:top w:w="55" w:type="dxa"/>
              <w:left w:w="70" w:type="dxa"/>
              <w:bottom w:w="50" w:type="dxa"/>
              <w:right w:w="70" w:type="dxa"/>
            </w:tcMar>
          </w:tcPr>
          <w:p w14:paraId="44EE5125" w14:textId="77777777" w:rsidR="009A43C3" w:rsidRDefault="00A60DCE">
            <w:pPr>
              <w:pStyle w:val="FormLabel"/>
            </w:pPr>
            <w:r>
              <w:t>Printed name of applicant or authorized representative</w:t>
            </w:r>
          </w:p>
          <w:p w14:paraId="05ABC506" w14:textId="77777777" w:rsidR="009A43C3" w:rsidRDefault="00A60DCE">
            <w:pPr>
              <w:spacing w:after="0"/>
            </w:pPr>
            <w:r>
              <w:rPr>
                <w:color w:val="A9A9A9"/>
                <w:sz w:val="14"/>
              </w:rPr>
              <w:t>________________________________________________________________</w:t>
            </w:r>
          </w:p>
        </w:tc>
        <w:tc>
          <w:tcPr>
            <w:tcW w:w="3456" w:type="dxa"/>
            <w:shd w:val="clear" w:color="auto" w:fill="F5F7F5"/>
            <w:tcMar>
              <w:top w:w="55" w:type="dxa"/>
              <w:left w:w="70" w:type="dxa"/>
              <w:bottom w:w="50" w:type="dxa"/>
              <w:right w:w="70" w:type="dxa"/>
            </w:tcMar>
          </w:tcPr>
          <w:p w14:paraId="29B21CB8" w14:textId="77777777" w:rsidR="009A43C3" w:rsidRDefault="00A60DCE">
            <w:pPr>
              <w:pStyle w:val="FormLabel"/>
            </w:pPr>
            <w:r>
              <w:t xml:space="preserve">Relationship </w:t>
            </w:r>
            <w:proofErr w:type="gramStart"/>
            <w:r>
              <w:t>to</w:t>
            </w:r>
            <w:proofErr w:type="gramEnd"/>
            <w:r>
              <w:t xml:space="preserve"> </w:t>
            </w:r>
            <w:proofErr w:type="gramStart"/>
            <w:r>
              <w:t>applicant</w:t>
            </w:r>
            <w:proofErr w:type="gramEnd"/>
          </w:p>
          <w:p w14:paraId="310498C2" w14:textId="4B634AFD" w:rsidR="009A43C3" w:rsidRDefault="00A60DCE">
            <w:pPr>
              <w:spacing w:after="0"/>
            </w:pPr>
            <w:r>
              <w:rPr>
                <w:color w:val="A9A9A9"/>
                <w:sz w:val="14"/>
              </w:rPr>
              <w:t>___________________________________________________</w:t>
            </w:r>
          </w:p>
        </w:tc>
      </w:tr>
      <w:tr w:rsidR="009A43C3" w14:paraId="619D2B40" w14:textId="77777777">
        <w:trPr>
          <w:jc w:val="center"/>
        </w:trPr>
        <w:tc>
          <w:tcPr>
            <w:tcW w:w="7200" w:type="dxa"/>
            <w:shd w:val="clear" w:color="auto" w:fill="F5F7F5"/>
            <w:tcMar>
              <w:top w:w="55" w:type="dxa"/>
              <w:left w:w="70" w:type="dxa"/>
              <w:bottom w:w="50" w:type="dxa"/>
              <w:right w:w="70" w:type="dxa"/>
            </w:tcMar>
          </w:tcPr>
          <w:p w14:paraId="7B010B2A" w14:textId="77777777" w:rsidR="009A43C3" w:rsidRDefault="00A60DCE">
            <w:pPr>
              <w:pStyle w:val="FormLabel"/>
            </w:pPr>
            <w:r>
              <w:t>Signature</w:t>
            </w:r>
          </w:p>
          <w:p w14:paraId="72163F38" w14:textId="77777777" w:rsidR="009A43C3" w:rsidRDefault="00A60DCE">
            <w:pPr>
              <w:spacing w:after="0"/>
            </w:pPr>
            <w:r>
              <w:rPr>
                <w:color w:val="A9A9A9"/>
                <w:sz w:val="14"/>
              </w:rPr>
              <w:t>________________________________________________________________</w:t>
            </w:r>
          </w:p>
        </w:tc>
        <w:tc>
          <w:tcPr>
            <w:tcW w:w="3456" w:type="dxa"/>
            <w:shd w:val="clear" w:color="auto" w:fill="F5F7F5"/>
            <w:tcMar>
              <w:top w:w="55" w:type="dxa"/>
              <w:left w:w="70" w:type="dxa"/>
              <w:bottom w:w="50" w:type="dxa"/>
              <w:right w:w="70" w:type="dxa"/>
            </w:tcMar>
          </w:tcPr>
          <w:p w14:paraId="5A843603" w14:textId="77777777" w:rsidR="009A43C3" w:rsidRDefault="00A60DCE">
            <w:pPr>
              <w:pStyle w:val="FormLabel"/>
            </w:pPr>
            <w:r>
              <w:t>Date</w:t>
            </w:r>
          </w:p>
          <w:p w14:paraId="1D18F5DF" w14:textId="6451B454" w:rsidR="009A43C3" w:rsidRDefault="00A60DCE">
            <w:pPr>
              <w:spacing w:after="0"/>
            </w:pPr>
            <w:r>
              <w:rPr>
                <w:color w:val="A9A9A9"/>
                <w:sz w:val="14"/>
              </w:rPr>
              <w:t>___________________________________________________</w:t>
            </w:r>
          </w:p>
        </w:tc>
      </w:tr>
    </w:tbl>
    <w:p w14:paraId="65911BC7" w14:textId="77777777" w:rsidR="009A43C3" w:rsidRDefault="009A43C3">
      <w:pPr>
        <w:spacing w:after="0"/>
      </w:pPr>
    </w:p>
    <w:tbl>
      <w:tblPr>
        <w:tblW w:w="0" w:type="auto"/>
        <w:jc w:val="center"/>
        <w:tblLook w:val="04A0" w:firstRow="1" w:lastRow="0" w:firstColumn="1" w:lastColumn="0" w:noHBand="0" w:noVBand="1"/>
      </w:tblPr>
      <w:tblGrid>
        <w:gridCol w:w="10656"/>
      </w:tblGrid>
      <w:tr w:rsidR="009A43C3" w14:paraId="54ACB0E0" w14:textId="77777777">
        <w:trPr>
          <w:jc w:val="center"/>
        </w:trPr>
        <w:tc>
          <w:tcPr>
            <w:tcW w:w="10656" w:type="dxa"/>
            <w:shd w:val="clear" w:color="auto" w:fill="355246"/>
            <w:tcMar>
              <w:top w:w="55" w:type="dxa"/>
              <w:left w:w="70" w:type="dxa"/>
              <w:bottom w:w="55" w:type="dxa"/>
              <w:right w:w="70" w:type="dxa"/>
            </w:tcMar>
            <w:vAlign w:val="center"/>
          </w:tcPr>
          <w:p w14:paraId="0AE37FDB" w14:textId="77777777" w:rsidR="009A43C3" w:rsidRDefault="00A60DCE">
            <w:pPr>
              <w:keepNext/>
            </w:pPr>
            <w:r>
              <w:rPr>
                <w:b/>
                <w:color w:val="FFFFFF"/>
                <w:sz w:val="20"/>
              </w:rPr>
              <w:t>WHAT TO BRING AT ADMISSION</w:t>
            </w:r>
          </w:p>
        </w:tc>
      </w:tr>
    </w:tbl>
    <w:p w14:paraId="000A63AF" w14:textId="77777777" w:rsidR="009A43C3" w:rsidRDefault="00A60DCE">
      <w:pPr>
        <w:spacing w:after="60"/>
      </w:pPr>
      <w:r>
        <w:t>Please bring the following documents or cards on the day of admission. Staff will make copies and return original identification documents when applicable.</w:t>
      </w:r>
    </w:p>
    <w:p w14:paraId="299EF00A" w14:textId="77777777" w:rsidR="009A43C3" w:rsidRDefault="00A60DCE">
      <w:pPr>
        <w:spacing w:after="80"/>
      </w:pPr>
      <w:r>
        <w:t>☐ Social Security card   ☐ Driver's license or other photo identification   ☐ Medicaid card or approval information   ☐ Medicare card</w:t>
      </w:r>
    </w:p>
    <w:p w14:paraId="516B83B4" w14:textId="77777777" w:rsidR="009A43C3" w:rsidRDefault="00A60DCE">
      <w:pPr>
        <w:spacing w:after="80"/>
      </w:pPr>
      <w:r>
        <w:t>☐ All other insurance cards   ☐ Power of attorney agreements   ☐ Long term care insurance policy information</w:t>
      </w:r>
    </w:p>
    <w:tbl>
      <w:tblPr>
        <w:tblW w:w="0" w:type="auto"/>
        <w:jc w:val="center"/>
        <w:tblLook w:val="04A0" w:firstRow="1" w:lastRow="0" w:firstColumn="1" w:lastColumn="0" w:noHBand="0" w:noVBand="1"/>
      </w:tblPr>
      <w:tblGrid>
        <w:gridCol w:w="10656"/>
      </w:tblGrid>
      <w:tr w:rsidR="009A43C3" w14:paraId="6CE620C2" w14:textId="77777777">
        <w:trPr>
          <w:jc w:val="center"/>
        </w:trPr>
        <w:tc>
          <w:tcPr>
            <w:tcW w:w="10656" w:type="dxa"/>
            <w:shd w:val="clear" w:color="auto" w:fill="355246"/>
            <w:tcMar>
              <w:top w:w="55" w:type="dxa"/>
              <w:left w:w="70" w:type="dxa"/>
              <w:bottom w:w="55" w:type="dxa"/>
              <w:right w:w="70" w:type="dxa"/>
            </w:tcMar>
            <w:vAlign w:val="center"/>
          </w:tcPr>
          <w:p w14:paraId="24A8703A" w14:textId="77777777" w:rsidR="009A43C3" w:rsidRDefault="00A60DCE">
            <w:pPr>
              <w:keepNext/>
            </w:pPr>
            <w:r>
              <w:rPr>
                <w:b/>
                <w:color w:val="FFFFFF"/>
                <w:sz w:val="20"/>
              </w:rPr>
              <w:t>OFFICE USE ONLY</w:t>
            </w:r>
          </w:p>
        </w:tc>
      </w:tr>
    </w:tbl>
    <w:p w14:paraId="22FAE1AC" w14:textId="77777777" w:rsidR="009A43C3" w:rsidRDefault="009A43C3">
      <w:pPr>
        <w:spacing w:after="0"/>
      </w:pPr>
    </w:p>
    <w:tbl>
      <w:tblPr>
        <w:tblW w:w="0" w:type="auto"/>
        <w:jc w:val="center"/>
        <w:tblLayout w:type="fixed"/>
        <w:tblLook w:val="04A0" w:firstRow="1" w:lastRow="0" w:firstColumn="1" w:lastColumn="0" w:noHBand="0" w:noVBand="1"/>
      </w:tblPr>
      <w:tblGrid>
        <w:gridCol w:w="5380"/>
        <w:gridCol w:w="5380"/>
      </w:tblGrid>
      <w:tr w:rsidR="009A43C3" w14:paraId="3907DC3C" w14:textId="77777777" w:rsidTr="003D1B4E">
        <w:trPr>
          <w:trHeight w:val="252"/>
          <w:jc w:val="center"/>
        </w:trPr>
        <w:tc>
          <w:tcPr>
            <w:tcW w:w="5380" w:type="dxa"/>
            <w:shd w:val="clear" w:color="auto" w:fill="F5F7F5"/>
            <w:tcMar>
              <w:top w:w="55" w:type="dxa"/>
              <w:left w:w="70" w:type="dxa"/>
              <w:bottom w:w="50" w:type="dxa"/>
              <w:right w:w="70" w:type="dxa"/>
            </w:tcMar>
          </w:tcPr>
          <w:p w14:paraId="41B12E0F" w14:textId="2D162B90" w:rsidR="009A43C3" w:rsidRDefault="009A43C3">
            <w:pPr>
              <w:spacing w:after="0"/>
            </w:pPr>
          </w:p>
        </w:tc>
        <w:tc>
          <w:tcPr>
            <w:tcW w:w="5380" w:type="dxa"/>
            <w:shd w:val="clear" w:color="auto" w:fill="F5F7F5"/>
            <w:tcMar>
              <w:top w:w="55" w:type="dxa"/>
              <w:left w:w="70" w:type="dxa"/>
              <w:bottom w:w="50" w:type="dxa"/>
              <w:right w:w="70" w:type="dxa"/>
            </w:tcMar>
          </w:tcPr>
          <w:p w14:paraId="607D1127" w14:textId="7330ECC2" w:rsidR="009A43C3" w:rsidRDefault="009A43C3">
            <w:pPr>
              <w:spacing w:after="0"/>
            </w:pPr>
          </w:p>
        </w:tc>
      </w:tr>
      <w:tr w:rsidR="009A43C3" w14:paraId="0FFF3652" w14:textId="77777777" w:rsidTr="003D1B4E">
        <w:trPr>
          <w:trHeight w:val="458"/>
          <w:jc w:val="center"/>
        </w:trPr>
        <w:tc>
          <w:tcPr>
            <w:tcW w:w="5380" w:type="dxa"/>
            <w:shd w:val="clear" w:color="auto" w:fill="F5F7F5"/>
            <w:tcMar>
              <w:top w:w="55" w:type="dxa"/>
              <w:left w:w="70" w:type="dxa"/>
              <w:bottom w:w="50" w:type="dxa"/>
              <w:right w:w="70" w:type="dxa"/>
            </w:tcMar>
          </w:tcPr>
          <w:p w14:paraId="7D98C62E" w14:textId="1F46D3F6" w:rsidR="009A43C3" w:rsidRDefault="00A60DCE">
            <w:pPr>
              <w:pStyle w:val="FormLabel"/>
            </w:pPr>
            <w:r>
              <w:t xml:space="preserve">Accepted </w:t>
            </w:r>
            <w:r w:rsidR="003D1B4E">
              <w:t>/</w:t>
            </w:r>
            <w:r>
              <w:t>Wait list</w:t>
            </w:r>
            <w:r w:rsidR="003D1B4E">
              <w:t>/</w:t>
            </w:r>
            <w:r>
              <w:t xml:space="preserve"> Declined</w:t>
            </w:r>
          </w:p>
          <w:p w14:paraId="556DE735" w14:textId="77777777" w:rsidR="00AF2C44" w:rsidRDefault="00AF2C44">
            <w:pPr>
              <w:pStyle w:val="FormLabel"/>
            </w:pPr>
          </w:p>
          <w:p w14:paraId="68F7D17D" w14:textId="77777777" w:rsidR="009A43C3" w:rsidRDefault="00A60DCE">
            <w:pPr>
              <w:spacing w:after="0"/>
            </w:pPr>
            <w:r>
              <w:rPr>
                <w:color w:val="A9A9A9"/>
                <w:sz w:val="14"/>
              </w:rPr>
              <w:t>________________________________________________________________</w:t>
            </w:r>
          </w:p>
        </w:tc>
        <w:tc>
          <w:tcPr>
            <w:tcW w:w="5380" w:type="dxa"/>
            <w:shd w:val="clear" w:color="auto" w:fill="F5F7F5"/>
            <w:tcMar>
              <w:top w:w="55" w:type="dxa"/>
              <w:left w:w="70" w:type="dxa"/>
              <w:bottom w:w="50" w:type="dxa"/>
              <w:right w:w="70" w:type="dxa"/>
            </w:tcMar>
          </w:tcPr>
          <w:p w14:paraId="062C8F24" w14:textId="77777777" w:rsidR="009A43C3" w:rsidRDefault="00A60DCE">
            <w:pPr>
              <w:pStyle w:val="FormLabel"/>
            </w:pPr>
            <w:r>
              <w:t>Decision date</w:t>
            </w:r>
          </w:p>
          <w:p w14:paraId="18DA59C8" w14:textId="77777777" w:rsidR="00AF2C44" w:rsidRDefault="00AF2C44">
            <w:pPr>
              <w:pStyle w:val="FormLabel"/>
            </w:pPr>
          </w:p>
          <w:p w14:paraId="767C0CAD" w14:textId="77777777" w:rsidR="009A43C3" w:rsidRDefault="00A60DCE">
            <w:pPr>
              <w:spacing w:after="0"/>
            </w:pPr>
            <w:r>
              <w:rPr>
                <w:color w:val="A9A9A9"/>
                <w:sz w:val="14"/>
              </w:rPr>
              <w:t>________________________________________________________________</w:t>
            </w:r>
          </w:p>
        </w:tc>
      </w:tr>
      <w:tr w:rsidR="003D1B4E" w14:paraId="7B45C0B2" w14:textId="77777777" w:rsidTr="003D1B4E">
        <w:trPr>
          <w:trHeight w:val="747"/>
          <w:jc w:val="center"/>
        </w:trPr>
        <w:tc>
          <w:tcPr>
            <w:tcW w:w="5380" w:type="dxa"/>
            <w:shd w:val="clear" w:color="auto" w:fill="F5F7F5"/>
            <w:tcMar>
              <w:top w:w="55" w:type="dxa"/>
              <w:left w:w="70" w:type="dxa"/>
              <w:bottom w:w="50" w:type="dxa"/>
              <w:right w:w="70" w:type="dxa"/>
            </w:tcMar>
          </w:tcPr>
          <w:p w14:paraId="1EB2E80E" w14:textId="645E57CD" w:rsidR="003D1B4E" w:rsidRPr="003D1B4E" w:rsidRDefault="003D1B4E" w:rsidP="003D1B4E"/>
        </w:tc>
        <w:tc>
          <w:tcPr>
            <w:tcW w:w="5380" w:type="dxa"/>
            <w:shd w:val="clear" w:color="auto" w:fill="F5F7F5"/>
            <w:tcMar>
              <w:top w:w="55" w:type="dxa"/>
              <w:left w:w="70" w:type="dxa"/>
              <w:bottom w:w="50" w:type="dxa"/>
              <w:right w:w="70" w:type="dxa"/>
            </w:tcMar>
          </w:tcPr>
          <w:p w14:paraId="6CF482AB" w14:textId="1EA6141D" w:rsidR="003D1B4E" w:rsidRDefault="003D1B4E">
            <w:pPr>
              <w:spacing w:after="0"/>
            </w:pPr>
          </w:p>
        </w:tc>
      </w:tr>
    </w:tbl>
    <w:p w14:paraId="3DFE6021" w14:textId="77777777" w:rsidR="009A43C3" w:rsidRDefault="009A43C3">
      <w:pPr>
        <w:spacing w:after="0"/>
      </w:pPr>
    </w:p>
    <w:p w14:paraId="62BAA861" w14:textId="77777777" w:rsidR="009A43C3" w:rsidRDefault="00A60DCE">
      <w:pPr>
        <w:spacing w:after="80"/>
      </w:pPr>
      <w:r>
        <w:t>☐ Application complete   ☐ Insurance verified   ☐ Legal documents received   ☐ Financial documents received or Medicaid verified   ☐ Applicant or representative notified</w:t>
      </w:r>
    </w:p>
    <w:sectPr w:rsidR="009A43C3" w:rsidSect="00034616">
      <w:headerReference w:type="default" r:id="rId8"/>
      <w:footerReference w:type="default" r:id="rId9"/>
      <w:pgSz w:w="12240" w:h="15840"/>
      <w:pgMar w:top="648" w:right="792" w:bottom="648" w:left="792"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79E48" w14:textId="77777777" w:rsidR="006D4350" w:rsidRDefault="006D4350">
      <w:pPr>
        <w:spacing w:after="0" w:line="240" w:lineRule="auto"/>
      </w:pPr>
      <w:r>
        <w:separator/>
      </w:r>
    </w:p>
  </w:endnote>
  <w:endnote w:type="continuationSeparator" w:id="0">
    <w:p w14:paraId="0DE8492C" w14:textId="77777777" w:rsidR="006D4350" w:rsidRDefault="006D43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34765" w14:textId="77777777" w:rsidR="009A43C3" w:rsidRDefault="00A60DCE">
    <w:pPr>
      <w:pStyle w:val="Footer"/>
      <w:jc w:val="center"/>
    </w:pPr>
    <w:r>
      <w:rPr>
        <w:color w:val="767676"/>
        <w:sz w:val="14"/>
      </w:rPr>
      <w:t xml:space="preserve">Maple Manor Care </w:t>
    </w:r>
    <w:proofErr w:type="gramStart"/>
    <w:r>
      <w:rPr>
        <w:color w:val="767676"/>
        <w:sz w:val="14"/>
      </w:rPr>
      <w:t>Center  |</w:t>
    </w:r>
    <w:proofErr w:type="gramEnd"/>
    <w:r>
      <w:rPr>
        <w:color w:val="767676"/>
        <w:sz w:val="14"/>
      </w:rPr>
      <w:t xml:space="preserve">  Preadmission </w:t>
    </w:r>
    <w:proofErr w:type="gramStart"/>
    <w:r>
      <w:rPr>
        <w:color w:val="767676"/>
        <w:sz w:val="14"/>
      </w:rPr>
      <w:t>Application  |</w:t>
    </w:r>
    <w:proofErr w:type="gramEnd"/>
    <w:r>
      <w:rPr>
        <w:color w:val="767676"/>
        <w:sz w:val="14"/>
      </w:rPr>
      <w:t xml:space="preserve">  </w:t>
    </w:r>
    <w:r>
      <w:fldChar w:fldCharType="begin"/>
    </w:r>
    <w:r>
      <w:instrText>PAGE</w:instrText>
    </w:r>
    <w:r>
      <w:fldChar w:fldCharType="separate"/>
    </w:r>
    <w:r w:rsidR="00982E1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CC6C6" w14:textId="77777777" w:rsidR="006D4350" w:rsidRDefault="006D4350">
      <w:pPr>
        <w:spacing w:after="0" w:line="240" w:lineRule="auto"/>
      </w:pPr>
      <w:r>
        <w:separator/>
      </w:r>
    </w:p>
  </w:footnote>
  <w:footnote w:type="continuationSeparator" w:id="0">
    <w:p w14:paraId="0903E211" w14:textId="77777777" w:rsidR="006D4350" w:rsidRDefault="006D43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61274" w14:textId="77777777" w:rsidR="009A43C3" w:rsidRDefault="009A43C3">
    <w:pPr>
      <w:pStyle w:val="Header"/>
    </w:pPr>
  </w:p>
  <w:tbl>
    <w:tblPr>
      <w:tblW w:w="0" w:type="auto"/>
      <w:tblLook w:val="04A0" w:firstRow="1" w:lastRow="0" w:firstColumn="1" w:lastColumn="0" w:noHBand="0" w:noVBand="1"/>
    </w:tblPr>
    <w:tblGrid>
      <w:gridCol w:w="5328"/>
      <w:gridCol w:w="5328"/>
    </w:tblGrid>
    <w:tr w:rsidR="009A43C3" w14:paraId="259F1FA0" w14:textId="77777777">
      <w:tc>
        <w:tcPr>
          <w:tcW w:w="5328" w:type="dxa"/>
          <w:tcMar>
            <w:top w:w="0" w:type="dxa"/>
            <w:left w:w="0" w:type="dxa"/>
            <w:bottom w:w="15" w:type="dxa"/>
            <w:right w:w="0" w:type="dxa"/>
          </w:tcMar>
        </w:tcPr>
        <w:p w14:paraId="193EB38D" w14:textId="77777777" w:rsidR="009A43C3" w:rsidRDefault="00A60DCE">
          <w:r>
            <w:rPr>
              <w:noProof/>
            </w:rPr>
            <w:drawing>
              <wp:inline distT="0" distB="0" distL="0" distR="0" wp14:anchorId="158F3D04" wp14:editId="33248B49">
                <wp:extent cx="1783080" cy="81861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le-manor-logo-cropped.png"/>
                        <pic:cNvPicPr/>
                      </pic:nvPicPr>
                      <pic:blipFill>
                        <a:blip r:embed="rId1"/>
                        <a:stretch>
                          <a:fillRect/>
                        </a:stretch>
                      </pic:blipFill>
                      <pic:spPr>
                        <a:xfrm>
                          <a:off x="0" y="0"/>
                          <a:ext cx="1783080" cy="818612"/>
                        </a:xfrm>
                        <a:prstGeom prst="rect">
                          <a:avLst/>
                        </a:prstGeom>
                      </pic:spPr>
                    </pic:pic>
                  </a:graphicData>
                </a:graphic>
              </wp:inline>
            </w:drawing>
          </w:r>
        </w:p>
      </w:tc>
      <w:tc>
        <w:tcPr>
          <w:tcW w:w="5328" w:type="dxa"/>
          <w:tcMar>
            <w:top w:w="0" w:type="dxa"/>
            <w:left w:w="0" w:type="dxa"/>
            <w:bottom w:w="15" w:type="dxa"/>
            <w:right w:w="0" w:type="dxa"/>
          </w:tcMar>
        </w:tcPr>
        <w:p w14:paraId="157ADFAC" w14:textId="77777777" w:rsidR="009A43C3" w:rsidRDefault="00A60DCE">
          <w:pPr>
            <w:jc w:val="right"/>
          </w:pPr>
          <w:r>
            <w:rPr>
              <w:rFonts w:ascii="Aptos Display" w:hAnsi="Aptos Display"/>
              <w:b/>
              <w:color w:val="355246"/>
              <w:sz w:val="32"/>
            </w:rPr>
            <w:t>PREADMISSION APPLICATION</w:t>
          </w:r>
        </w:p>
        <w:p w14:paraId="25E38CD9" w14:textId="77777777" w:rsidR="009A43C3" w:rsidRDefault="00A60DCE">
          <w:pPr>
            <w:jc w:val="right"/>
          </w:pPr>
          <w:r>
            <w:rPr>
              <w:i/>
              <w:color w:val="767676"/>
              <w:sz w:val="16"/>
            </w:rPr>
            <w:t>Please print clearly and complete every applicable field</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50824642">
    <w:abstractNumId w:val="8"/>
  </w:num>
  <w:num w:numId="2" w16cid:durableId="469980984">
    <w:abstractNumId w:val="6"/>
  </w:num>
  <w:num w:numId="3" w16cid:durableId="1912157816">
    <w:abstractNumId w:val="5"/>
  </w:num>
  <w:num w:numId="4" w16cid:durableId="539708941">
    <w:abstractNumId w:val="4"/>
  </w:num>
  <w:num w:numId="5" w16cid:durableId="1415280732">
    <w:abstractNumId w:val="7"/>
  </w:num>
  <w:num w:numId="6" w16cid:durableId="421680559">
    <w:abstractNumId w:val="3"/>
  </w:num>
  <w:num w:numId="7" w16cid:durableId="1178500048">
    <w:abstractNumId w:val="2"/>
  </w:num>
  <w:num w:numId="8" w16cid:durableId="1926105343">
    <w:abstractNumId w:val="1"/>
  </w:num>
  <w:num w:numId="9" w16cid:durableId="1202744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53B"/>
    <w:rsid w:val="00034616"/>
    <w:rsid w:val="0006063C"/>
    <w:rsid w:val="0015074B"/>
    <w:rsid w:val="00203BBF"/>
    <w:rsid w:val="0029639D"/>
    <w:rsid w:val="00326F90"/>
    <w:rsid w:val="003D1B4E"/>
    <w:rsid w:val="00411D4F"/>
    <w:rsid w:val="004E4FF8"/>
    <w:rsid w:val="00511435"/>
    <w:rsid w:val="005B6FBB"/>
    <w:rsid w:val="006D4350"/>
    <w:rsid w:val="007B6AF1"/>
    <w:rsid w:val="00950978"/>
    <w:rsid w:val="00960C2F"/>
    <w:rsid w:val="00982E12"/>
    <w:rsid w:val="009A43C3"/>
    <w:rsid w:val="00A60DCE"/>
    <w:rsid w:val="00AA1D8D"/>
    <w:rsid w:val="00AC4702"/>
    <w:rsid w:val="00AF2C44"/>
    <w:rsid w:val="00B47730"/>
    <w:rsid w:val="00B81A69"/>
    <w:rsid w:val="00CB0664"/>
    <w:rsid w:val="00E5134A"/>
    <w:rsid w:val="00F922B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5B1C2A"/>
  <w14:defaultImageDpi w14:val="300"/>
  <w15:docId w15:val="{ED00C21A-FF90-47F8-B4AE-A4666AEB7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pPr>
    <w:rPr>
      <w:rFonts w:ascii="Aptos" w:hAnsi="Aptos"/>
      <w:color w:val="000000"/>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rmLabel">
    <w:name w:val="Form Label"/>
    <w:pPr>
      <w:spacing w:after="20"/>
    </w:pPr>
    <w:rPr>
      <w:rFonts w:ascii="Aptos" w:hAnsi="Aptos"/>
      <w:b/>
      <w:color w:val="344940"/>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2013</Words>
  <Characters>11476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Maple Manor Care Center Preadmission Application</vt:lpstr>
    </vt:vector>
  </TitlesOfParts>
  <Manager/>
  <Company/>
  <LinksUpToDate>false</LinksUpToDate>
  <CharactersWithSpaces>13463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Maple Manor Care Center Preadmission Application</dc:title>
  <dc:subject>Editable preadmission application template</dc:subject>
  <dc:creator>Maple Manor Care Center</dc:creator>
  <cp:keywords/>
  <dc:description>generated by python-docx</dc:description>
  <cp:lastModifiedBy>Halle Girodat</cp:lastModifiedBy>
  <cp:revision>4</cp:revision>
  <cp:lastPrinted>2026-09-16T21:10:00Z</cp:lastPrinted>
  <dcterms:created xsi:type="dcterms:W3CDTF">2026-09-16T21:31:00Z</dcterms:created>
  <dcterms:modified xsi:type="dcterms:W3CDTF">2026-09-16T21:31:00Z</dcterms:modified>
  <cp:category/>
</cp:coreProperties>
</file>